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607EB" w14:textId="77777777" w:rsidR="00863895" w:rsidRPr="00863895" w:rsidRDefault="00863895" w:rsidP="00D944DB">
      <w:pPr>
        <w:autoSpaceDN w:val="0"/>
        <w:ind w:firstLine="0"/>
        <w:jc w:val="right"/>
        <w:rPr>
          <w:rFonts w:cs="Courier New"/>
          <w:szCs w:val="20"/>
          <w:lang w:val="ru-RU" w:eastAsia="zh-CN"/>
        </w:rPr>
      </w:pPr>
      <w:r w:rsidRPr="00863895">
        <w:rPr>
          <w:rFonts w:cs="Courier New"/>
          <w:szCs w:val="20"/>
          <w:lang w:val="ru-RU" w:eastAsia="zh-CN"/>
        </w:rPr>
        <w:t>ПРОЕКТ</w:t>
      </w:r>
    </w:p>
    <w:p w14:paraId="5E9A7997" w14:textId="77777777" w:rsidR="00863895" w:rsidRPr="00863895" w:rsidRDefault="00863895" w:rsidP="00D944DB">
      <w:pPr>
        <w:widowControl w:val="0"/>
        <w:ind w:firstLine="0"/>
        <w:jc w:val="center"/>
        <w:outlineLvl w:val="0"/>
        <w:rPr>
          <w:rFonts w:eastAsia="Calibri"/>
          <w:b/>
          <w:bCs/>
          <w:sz w:val="34"/>
          <w:szCs w:val="34"/>
          <w:lang w:val="ru-RU"/>
        </w:rPr>
      </w:pPr>
    </w:p>
    <w:p w14:paraId="67379109" w14:textId="77777777" w:rsidR="00863895" w:rsidRPr="00863895" w:rsidRDefault="00863895" w:rsidP="00D944DB">
      <w:pPr>
        <w:widowControl w:val="0"/>
        <w:ind w:firstLine="0"/>
        <w:jc w:val="center"/>
        <w:outlineLvl w:val="0"/>
        <w:rPr>
          <w:rFonts w:eastAsia="Calibri"/>
          <w:b/>
          <w:sz w:val="34"/>
          <w:szCs w:val="34"/>
          <w:lang w:val="ru-RU"/>
        </w:rPr>
      </w:pPr>
      <w:proofErr w:type="gramStart"/>
      <w:r w:rsidRPr="00863895">
        <w:rPr>
          <w:rFonts w:eastAsia="Calibri"/>
          <w:b/>
          <w:bCs/>
          <w:sz w:val="34"/>
          <w:szCs w:val="34"/>
          <w:lang w:val="ru-RU"/>
        </w:rPr>
        <w:t xml:space="preserve">ПРАВИТЕЛЬСТВО  </w:t>
      </w:r>
      <w:r w:rsidRPr="00863895">
        <w:rPr>
          <w:rFonts w:eastAsia="Calibri"/>
          <w:b/>
          <w:sz w:val="34"/>
          <w:szCs w:val="34"/>
          <w:lang w:val="ru-RU"/>
        </w:rPr>
        <w:t>КУРСКОЙ</w:t>
      </w:r>
      <w:proofErr w:type="gramEnd"/>
      <w:r w:rsidRPr="00863895">
        <w:rPr>
          <w:rFonts w:eastAsia="Calibri"/>
          <w:b/>
          <w:sz w:val="34"/>
          <w:szCs w:val="34"/>
          <w:lang w:val="ru-RU"/>
        </w:rPr>
        <w:t xml:space="preserve">  ОБЛАСТИ</w:t>
      </w:r>
    </w:p>
    <w:p w14:paraId="59C3F7C9" w14:textId="77777777" w:rsidR="00863895" w:rsidRPr="00863895" w:rsidRDefault="00863895" w:rsidP="00D944DB">
      <w:pPr>
        <w:widowControl w:val="0"/>
        <w:ind w:firstLine="0"/>
        <w:jc w:val="center"/>
        <w:rPr>
          <w:rFonts w:eastAsia="Calibri"/>
          <w:b/>
          <w:bCs/>
          <w:color w:val="000000"/>
          <w:spacing w:val="80"/>
          <w:sz w:val="10"/>
          <w:szCs w:val="10"/>
          <w:lang w:val="ru-RU" w:bidi="ru-RU"/>
        </w:rPr>
      </w:pPr>
    </w:p>
    <w:p w14:paraId="4E05BAFA" w14:textId="77777777" w:rsidR="00863895" w:rsidRPr="00863895" w:rsidRDefault="00863895" w:rsidP="00D944DB">
      <w:pPr>
        <w:widowControl w:val="0"/>
        <w:ind w:firstLine="0"/>
        <w:jc w:val="center"/>
        <w:rPr>
          <w:rFonts w:eastAsia="Calibri"/>
          <w:spacing w:val="40"/>
          <w:szCs w:val="28"/>
          <w:lang w:val="ru-RU"/>
        </w:rPr>
      </w:pPr>
      <w:r w:rsidRPr="00863895">
        <w:rPr>
          <w:rFonts w:eastAsia="Calibri"/>
          <w:bCs/>
          <w:color w:val="000000"/>
          <w:spacing w:val="40"/>
          <w:szCs w:val="28"/>
          <w:lang w:val="ru-RU" w:bidi="ru-RU"/>
        </w:rPr>
        <w:t>ПОСТАНОВЛЕНИЕ</w:t>
      </w:r>
    </w:p>
    <w:p w14:paraId="4CE2E44F" w14:textId="77777777" w:rsidR="00863895" w:rsidRPr="00863895" w:rsidRDefault="00863895" w:rsidP="00D944DB">
      <w:pPr>
        <w:autoSpaceDN w:val="0"/>
        <w:ind w:firstLine="0"/>
        <w:jc w:val="both"/>
        <w:rPr>
          <w:rFonts w:cs="Courier New"/>
          <w:lang w:val="ru-RU" w:eastAsia="zh-CN"/>
        </w:rPr>
      </w:pPr>
    </w:p>
    <w:p w14:paraId="375D7C39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  <w:proofErr w:type="gramStart"/>
      <w:r w:rsidRPr="00863895">
        <w:rPr>
          <w:sz w:val="24"/>
          <w:szCs w:val="24"/>
          <w:lang w:val="ru-RU"/>
        </w:rPr>
        <w:t>от</w:t>
      </w:r>
      <w:proofErr w:type="gramEnd"/>
      <w:r w:rsidRPr="00863895">
        <w:rPr>
          <w:sz w:val="24"/>
          <w:szCs w:val="24"/>
          <w:lang w:val="ru-RU"/>
        </w:rPr>
        <w:t xml:space="preserve"> ________________            № ______________</w:t>
      </w:r>
    </w:p>
    <w:p w14:paraId="1873622A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</w:p>
    <w:p w14:paraId="1D89955D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  <w:r w:rsidRPr="00863895">
        <w:rPr>
          <w:sz w:val="24"/>
          <w:szCs w:val="24"/>
          <w:lang w:val="ru-RU"/>
        </w:rPr>
        <w:t xml:space="preserve">  Курск</w:t>
      </w:r>
    </w:p>
    <w:p w14:paraId="4233DBCA" w14:textId="77777777" w:rsidR="00863895" w:rsidRDefault="00863895" w:rsidP="00D944DB">
      <w:pPr>
        <w:jc w:val="center"/>
        <w:rPr>
          <w:sz w:val="20"/>
          <w:szCs w:val="20"/>
          <w:lang w:val="ru-RU"/>
        </w:rPr>
      </w:pPr>
    </w:p>
    <w:p w14:paraId="5A83A767" w14:textId="77777777" w:rsidR="00863895" w:rsidRDefault="00863895" w:rsidP="00D944DB">
      <w:pPr>
        <w:jc w:val="center"/>
        <w:rPr>
          <w:sz w:val="20"/>
          <w:szCs w:val="20"/>
          <w:lang w:val="ru-RU"/>
        </w:rPr>
      </w:pPr>
    </w:p>
    <w:p w14:paraId="3F12BD50" w14:textId="4A5A4DDD" w:rsidR="00551CB2" w:rsidRPr="00993284" w:rsidRDefault="000517D9" w:rsidP="00D944DB">
      <w:pPr>
        <w:ind w:firstLine="0"/>
        <w:jc w:val="center"/>
        <w:rPr>
          <w:b/>
          <w:szCs w:val="28"/>
          <w:lang w:val="ru-RU"/>
        </w:rPr>
      </w:pPr>
      <w:r w:rsidRPr="00993284">
        <w:rPr>
          <w:b/>
          <w:szCs w:val="28"/>
          <w:lang w:val="ru-RU"/>
        </w:rPr>
        <w:t xml:space="preserve">Об утверждении Правил </w:t>
      </w:r>
      <w:r w:rsidR="002228EC" w:rsidRPr="00993284">
        <w:rPr>
          <w:b/>
          <w:szCs w:val="28"/>
          <w:lang w:val="ru-RU"/>
        </w:rPr>
        <w:t>предоставления из областного бюджета субсидии на финансовое обеспечение</w:t>
      </w:r>
      <w:r w:rsidR="007C3D40" w:rsidRPr="00993284">
        <w:rPr>
          <w:b/>
          <w:szCs w:val="28"/>
          <w:lang w:val="ru-RU"/>
        </w:rPr>
        <w:t xml:space="preserve"> текущей деятельности</w:t>
      </w:r>
      <w:r w:rsidR="002228EC" w:rsidRPr="00993284">
        <w:rPr>
          <w:b/>
          <w:szCs w:val="28"/>
          <w:lang w:val="ru-RU"/>
        </w:rPr>
        <w:t xml:space="preserve"> автономной некоммерческой организации «Центр поддержки экспорта Курской области» </w:t>
      </w:r>
    </w:p>
    <w:p w14:paraId="19EA7E2C" w14:textId="77777777" w:rsidR="007D2FE9" w:rsidRPr="00DE142C" w:rsidRDefault="007D2FE9" w:rsidP="00D944DB">
      <w:pPr>
        <w:ind w:firstLine="0"/>
        <w:jc w:val="center"/>
        <w:rPr>
          <w:lang w:val="ru-RU"/>
        </w:rPr>
      </w:pPr>
    </w:p>
    <w:p w14:paraId="4CF58AEA" w14:textId="2C0B1078" w:rsidR="00551CB2" w:rsidRPr="00993284" w:rsidRDefault="000517D9" w:rsidP="00D944DB">
      <w:pPr>
        <w:jc w:val="both"/>
        <w:rPr>
          <w:szCs w:val="28"/>
          <w:lang w:val="ru-RU"/>
        </w:rPr>
      </w:pPr>
      <w:r w:rsidRPr="00993284">
        <w:rPr>
          <w:szCs w:val="28"/>
          <w:lang w:val="ru-RU"/>
        </w:rPr>
        <w:t>В соот</w:t>
      </w:r>
      <w:r w:rsidR="00D11D34" w:rsidRPr="00993284">
        <w:rPr>
          <w:szCs w:val="28"/>
          <w:lang w:val="ru-RU"/>
        </w:rPr>
        <w:t>ветствии с пунктом 2 статьи 78</w:t>
      </w:r>
      <w:r w:rsidR="00D11D34" w:rsidRPr="00993284">
        <w:rPr>
          <w:szCs w:val="28"/>
          <w:vertAlign w:val="superscript"/>
          <w:lang w:val="ru-RU"/>
        </w:rPr>
        <w:t>1</w:t>
      </w:r>
      <w:r w:rsidR="00C365B2" w:rsidRPr="00993284">
        <w:rPr>
          <w:szCs w:val="28"/>
          <w:lang w:val="ru-RU"/>
        </w:rPr>
        <w:t>, статьи 78</w:t>
      </w:r>
      <w:r w:rsidR="00C365B2" w:rsidRPr="00993284">
        <w:rPr>
          <w:szCs w:val="28"/>
          <w:vertAlign w:val="superscript"/>
          <w:lang w:val="ru-RU"/>
        </w:rPr>
        <w:t>5</w:t>
      </w:r>
      <w:r w:rsidR="00C365B2" w:rsidRPr="00993284">
        <w:rPr>
          <w:szCs w:val="28"/>
          <w:lang w:val="ru-RU"/>
        </w:rPr>
        <w:t xml:space="preserve"> </w:t>
      </w:r>
      <w:r w:rsidRPr="00993284">
        <w:rPr>
          <w:szCs w:val="28"/>
          <w:lang w:val="ru-RU"/>
        </w:rPr>
        <w:t>Бюджетного кодекса Российской Федерации,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</w:t>
      </w:r>
      <w:r w:rsidR="007D2FE9" w:rsidRPr="00993284">
        <w:rPr>
          <w:szCs w:val="28"/>
          <w:lang w:val="ru-RU"/>
        </w:rPr>
        <w:t xml:space="preserve"> </w:t>
      </w:r>
      <w:r w:rsidRPr="00993284">
        <w:rPr>
          <w:szCs w:val="28"/>
          <w:lang w:val="ru-RU"/>
        </w:rPr>
        <w:t>приложением № 27 к государственной программе Российской Федерации «Развитие промышленности и повышение ее конкурентоспособности», утвержденной постановлением Правительства Российской Федерации от 15 апреля 2014 г. № 328, Правительс</w:t>
      </w:r>
      <w:r w:rsidR="007D2FE9" w:rsidRPr="00993284">
        <w:rPr>
          <w:szCs w:val="28"/>
          <w:lang w:val="ru-RU"/>
        </w:rPr>
        <w:t>тво Курской области ПОСТАНОВЛЯЕТ</w:t>
      </w:r>
      <w:r w:rsidRPr="00993284">
        <w:rPr>
          <w:szCs w:val="28"/>
          <w:lang w:val="ru-RU"/>
        </w:rPr>
        <w:t>:</w:t>
      </w:r>
    </w:p>
    <w:p w14:paraId="14D739C6" w14:textId="7FBFE621" w:rsidR="00D9179A" w:rsidRPr="00993284" w:rsidRDefault="00D9179A" w:rsidP="00D9179A">
      <w:pPr>
        <w:pStyle w:val="ae"/>
        <w:numPr>
          <w:ilvl w:val="0"/>
          <w:numId w:val="11"/>
        </w:numPr>
        <w:ind w:left="0" w:firstLine="709"/>
        <w:jc w:val="both"/>
        <w:rPr>
          <w:szCs w:val="28"/>
          <w:lang w:val="ru-RU"/>
        </w:rPr>
      </w:pPr>
      <w:r w:rsidRPr="00993284">
        <w:rPr>
          <w:szCs w:val="28"/>
          <w:lang w:val="ru-RU"/>
        </w:rPr>
        <w:t xml:space="preserve">Установить расходное обязательство </w:t>
      </w:r>
      <w:r w:rsidR="002228EC" w:rsidRPr="00993284">
        <w:rPr>
          <w:szCs w:val="28"/>
          <w:lang w:val="ru-RU"/>
        </w:rPr>
        <w:t>по предоставлению из областного бюджета субсидии на финансовое обеспечение</w:t>
      </w:r>
      <w:r w:rsidR="00C365B2" w:rsidRPr="00993284">
        <w:rPr>
          <w:szCs w:val="28"/>
          <w:lang w:val="ru-RU"/>
        </w:rPr>
        <w:t xml:space="preserve"> текущей деятельности</w:t>
      </w:r>
      <w:r w:rsidR="002228EC" w:rsidRPr="00993284">
        <w:rPr>
          <w:szCs w:val="28"/>
          <w:lang w:val="ru-RU"/>
        </w:rPr>
        <w:t xml:space="preserve"> автономной некоммерческой организации «Центр поддержки экспорта Курской области» в целях оказания услуг и мер поддержки субъектам малого и среднего предпринимательства, направленных на увеличение экспорта.</w:t>
      </w:r>
    </w:p>
    <w:p w14:paraId="02DF1F95" w14:textId="4875DC4E" w:rsidR="00551CB2" w:rsidRPr="00993284" w:rsidRDefault="000517D9" w:rsidP="00D9179A">
      <w:pPr>
        <w:pStyle w:val="ae"/>
        <w:numPr>
          <w:ilvl w:val="0"/>
          <w:numId w:val="11"/>
        </w:numPr>
        <w:ind w:left="0" w:firstLine="709"/>
        <w:jc w:val="both"/>
        <w:rPr>
          <w:szCs w:val="28"/>
          <w:lang w:val="ru-RU"/>
        </w:rPr>
      </w:pPr>
      <w:r w:rsidRPr="00993284">
        <w:rPr>
          <w:szCs w:val="28"/>
          <w:lang w:val="ru-RU"/>
        </w:rPr>
        <w:t xml:space="preserve">Утвердить прилагаемые Правила </w:t>
      </w:r>
      <w:r w:rsidR="002228EC" w:rsidRPr="00993284">
        <w:rPr>
          <w:szCs w:val="28"/>
          <w:lang w:val="ru-RU"/>
        </w:rPr>
        <w:t xml:space="preserve">предоставления из областного </w:t>
      </w:r>
      <w:proofErr w:type="gramStart"/>
      <w:r w:rsidR="002228EC" w:rsidRPr="00993284">
        <w:rPr>
          <w:szCs w:val="28"/>
          <w:lang w:val="ru-RU"/>
        </w:rPr>
        <w:t>бюджета</w:t>
      </w:r>
      <w:proofErr w:type="gramEnd"/>
      <w:r w:rsidR="002228EC" w:rsidRPr="00993284">
        <w:rPr>
          <w:szCs w:val="28"/>
          <w:lang w:val="ru-RU"/>
        </w:rPr>
        <w:t xml:space="preserve"> субсидии на финансовое обеспечение</w:t>
      </w:r>
      <w:r w:rsidR="00C365B2" w:rsidRPr="00993284">
        <w:rPr>
          <w:szCs w:val="28"/>
          <w:lang w:val="ru-RU"/>
        </w:rPr>
        <w:t xml:space="preserve"> текущей деятельности</w:t>
      </w:r>
      <w:r w:rsidR="002228EC" w:rsidRPr="00993284">
        <w:rPr>
          <w:szCs w:val="28"/>
          <w:lang w:val="ru-RU"/>
        </w:rPr>
        <w:t xml:space="preserve"> автономной некоммерческой организации «Центр поддержки экспорта Курской области»</w:t>
      </w:r>
      <w:r w:rsidRPr="00993284">
        <w:rPr>
          <w:szCs w:val="28"/>
          <w:lang w:val="ru-RU"/>
        </w:rPr>
        <w:t>.</w:t>
      </w:r>
    </w:p>
    <w:p w14:paraId="382BD861" w14:textId="77777777" w:rsidR="00E62FD6" w:rsidRDefault="00E62FD6" w:rsidP="00D944DB">
      <w:pPr>
        <w:ind w:firstLine="0"/>
        <w:rPr>
          <w:lang w:val="ru-RU"/>
        </w:rPr>
      </w:pPr>
    </w:p>
    <w:p w14:paraId="58E947A7" w14:textId="77777777" w:rsidR="00F35952" w:rsidRDefault="00F35952" w:rsidP="00D944DB">
      <w:pPr>
        <w:ind w:firstLine="0"/>
        <w:rPr>
          <w:lang w:val="ru-RU"/>
        </w:rPr>
      </w:pPr>
    </w:p>
    <w:p w14:paraId="093A6691" w14:textId="77777777" w:rsidR="000B7A5D" w:rsidRPr="00993284" w:rsidRDefault="00E62FD6" w:rsidP="00D944DB">
      <w:pPr>
        <w:ind w:firstLine="0"/>
        <w:rPr>
          <w:szCs w:val="28"/>
          <w:lang w:val="ru-RU"/>
        </w:rPr>
      </w:pPr>
      <w:r w:rsidRPr="00993284">
        <w:rPr>
          <w:szCs w:val="28"/>
          <w:lang w:val="ru-RU"/>
        </w:rPr>
        <w:t xml:space="preserve">Первый заместитель Губернатора </w:t>
      </w:r>
    </w:p>
    <w:p w14:paraId="26E1E8AE" w14:textId="207D7496" w:rsidR="00E62FD6" w:rsidRPr="00993284" w:rsidRDefault="00E62FD6" w:rsidP="00D944DB">
      <w:pPr>
        <w:ind w:firstLine="0"/>
        <w:rPr>
          <w:szCs w:val="28"/>
          <w:lang w:val="ru-RU"/>
        </w:rPr>
      </w:pPr>
      <w:r w:rsidRPr="00993284">
        <w:rPr>
          <w:szCs w:val="28"/>
          <w:lang w:val="ru-RU"/>
        </w:rPr>
        <w:t xml:space="preserve">Курской области – </w:t>
      </w:r>
    </w:p>
    <w:p w14:paraId="4AE74443" w14:textId="77777777" w:rsidR="00E62FD6" w:rsidRPr="00993284" w:rsidRDefault="00E62FD6" w:rsidP="00D944DB">
      <w:pPr>
        <w:ind w:firstLine="0"/>
        <w:rPr>
          <w:szCs w:val="28"/>
          <w:lang w:val="ru-RU"/>
        </w:rPr>
      </w:pPr>
      <w:r w:rsidRPr="00993284">
        <w:rPr>
          <w:szCs w:val="28"/>
          <w:lang w:val="ru-RU"/>
        </w:rPr>
        <w:t xml:space="preserve">Председатель Правительства </w:t>
      </w:r>
    </w:p>
    <w:p w14:paraId="2964A4CE" w14:textId="4A5DF80C" w:rsidR="00F35952" w:rsidRDefault="00E62FD6" w:rsidP="00D944DB">
      <w:pPr>
        <w:ind w:firstLine="0"/>
        <w:rPr>
          <w:szCs w:val="28"/>
          <w:lang w:val="ru-RU"/>
        </w:rPr>
        <w:sectPr w:rsidR="00F35952" w:rsidSect="005936AF">
          <w:headerReference w:type="first" r:id="rId8"/>
          <w:pgSz w:w="11907" w:h="16839" w:code="9"/>
          <w:pgMar w:top="1198" w:right="1041" w:bottom="993" w:left="1701" w:header="426" w:footer="720" w:gutter="0"/>
          <w:cols w:space="720"/>
          <w:docGrid w:linePitch="381"/>
        </w:sectPr>
      </w:pPr>
      <w:r w:rsidRPr="00993284">
        <w:rPr>
          <w:szCs w:val="28"/>
          <w:lang w:val="ru-RU"/>
        </w:rPr>
        <w:t>Курской области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7D2FE9">
        <w:rPr>
          <w:lang w:val="ru-RU"/>
        </w:rPr>
        <w:t xml:space="preserve">   </w:t>
      </w:r>
      <w:r w:rsidR="005936AF">
        <w:rPr>
          <w:lang w:val="ru-RU"/>
        </w:rPr>
        <w:t xml:space="preserve">      </w:t>
      </w:r>
      <w:r w:rsidRPr="00993284">
        <w:rPr>
          <w:szCs w:val="28"/>
          <w:lang w:val="ru-RU"/>
        </w:rPr>
        <w:t xml:space="preserve">А.Е. </w:t>
      </w:r>
      <w:proofErr w:type="spellStart"/>
      <w:r w:rsidRPr="00993284">
        <w:rPr>
          <w:szCs w:val="28"/>
          <w:lang w:val="ru-RU"/>
        </w:rPr>
        <w:t>Чепик</w:t>
      </w:r>
      <w:proofErr w:type="spellEnd"/>
    </w:p>
    <w:p w14:paraId="58E45743" w14:textId="2A0282AE" w:rsidR="00551CB2" w:rsidRPr="003B2A77" w:rsidRDefault="000517D9" w:rsidP="005936AF">
      <w:pPr>
        <w:ind w:left="5245" w:firstLine="0"/>
        <w:jc w:val="center"/>
        <w:rPr>
          <w:bCs/>
          <w:lang w:val="ru-RU"/>
        </w:rPr>
      </w:pPr>
      <w:r w:rsidRPr="003B2A77">
        <w:rPr>
          <w:bCs/>
          <w:lang w:val="ru-RU"/>
        </w:rPr>
        <w:lastRenderedPageBreak/>
        <w:t>У</w:t>
      </w:r>
      <w:r w:rsidR="0087363F">
        <w:rPr>
          <w:bCs/>
          <w:lang w:val="ru-RU"/>
        </w:rPr>
        <w:t>ТВЕРЖДЕНЫ</w:t>
      </w:r>
    </w:p>
    <w:p w14:paraId="4AF496B5" w14:textId="77777777" w:rsidR="00551CB2" w:rsidRPr="00DE142C" w:rsidRDefault="000517D9" w:rsidP="005936AF">
      <w:pPr>
        <w:ind w:left="5245" w:firstLine="0"/>
        <w:jc w:val="center"/>
        <w:rPr>
          <w:lang w:val="ru-RU"/>
        </w:rPr>
      </w:pPr>
      <w:proofErr w:type="gramStart"/>
      <w:r w:rsidRPr="00DE142C">
        <w:rPr>
          <w:lang w:val="ru-RU"/>
        </w:rPr>
        <w:t>постановлением</w:t>
      </w:r>
      <w:proofErr w:type="gramEnd"/>
      <w:r w:rsidRPr="00DE142C">
        <w:rPr>
          <w:lang w:val="ru-RU"/>
        </w:rPr>
        <w:t xml:space="preserve"> Правительства Курской области</w:t>
      </w:r>
    </w:p>
    <w:p w14:paraId="244670C7" w14:textId="102BE01F" w:rsidR="00551CB2" w:rsidRDefault="00863895" w:rsidP="005936AF">
      <w:pPr>
        <w:spacing w:after="240"/>
        <w:ind w:left="5245" w:firstLine="0"/>
        <w:jc w:val="center"/>
        <w:rPr>
          <w:lang w:val="ru-RU"/>
        </w:rPr>
      </w:pPr>
      <w:proofErr w:type="gramStart"/>
      <w:r>
        <w:rPr>
          <w:lang w:val="ru-RU"/>
        </w:rPr>
        <w:t>от</w:t>
      </w:r>
      <w:proofErr w:type="gramEnd"/>
      <w:r>
        <w:rPr>
          <w:lang w:val="ru-RU"/>
        </w:rPr>
        <w:t xml:space="preserve"> ___________</w:t>
      </w:r>
      <w:r w:rsidR="000517D9" w:rsidRPr="00DE142C">
        <w:rPr>
          <w:lang w:val="ru-RU"/>
        </w:rPr>
        <w:t xml:space="preserve"> № ____</w:t>
      </w:r>
      <w:r>
        <w:rPr>
          <w:lang w:val="ru-RU"/>
        </w:rPr>
        <w:t>__</w:t>
      </w:r>
    </w:p>
    <w:p w14:paraId="2B53FCF8" w14:textId="501C7BA0" w:rsidR="00863895" w:rsidRPr="00DE142C" w:rsidRDefault="00863895" w:rsidP="00D944DB">
      <w:pPr>
        <w:spacing w:after="240"/>
        <w:ind w:left="5670" w:firstLine="0"/>
        <w:jc w:val="center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</w:r>
    </w:p>
    <w:p w14:paraId="59ADE80D" w14:textId="5E494E7F" w:rsidR="00F71A65" w:rsidRDefault="000517D9" w:rsidP="00F71A65">
      <w:pPr>
        <w:ind w:firstLine="0"/>
        <w:jc w:val="center"/>
        <w:rPr>
          <w:b/>
          <w:lang w:val="ru-RU"/>
        </w:rPr>
      </w:pPr>
      <w:r w:rsidRPr="00DE142C">
        <w:rPr>
          <w:b/>
          <w:lang w:val="ru-RU"/>
        </w:rPr>
        <w:t>ПРАВИЛА</w:t>
      </w:r>
      <w:r w:rsidRPr="00DE142C">
        <w:rPr>
          <w:b/>
          <w:lang w:val="ru-RU"/>
        </w:rPr>
        <w:br/>
      </w:r>
      <w:r w:rsidR="002228EC" w:rsidRPr="007F2236">
        <w:rPr>
          <w:b/>
          <w:lang w:val="ru-RU"/>
        </w:rPr>
        <w:t>предоставления из областного бюджета субсидии на финансовое обеспечение</w:t>
      </w:r>
      <w:r w:rsidR="0087363F">
        <w:rPr>
          <w:b/>
          <w:lang w:val="ru-RU"/>
        </w:rPr>
        <w:t xml:space="preserve"> текущей деятельности</w:t>
      </w:r>
      <w:r w:rsidR="002228EC" w:rsidRPr="007F2236">
        <w:rPr>
          <w:b/>
          <w:lang w:val="ru-RU"/>
        </w:rPr>
        <w:t xml:space="preserve"> автономной некоммерческой организации «Центр поддержки экспорта Курской области» </w:t>
      </w:r>
    </w:p>
    <w:p w14:paraId="32667BCA" w14:textId="77777777" w:rsidR="00F71A65" w:rsidRDefault="00F71A65" w:rsidP="00F71A65">
      <w:pPr>
        <w:ind w:firstLine="0"/>
        <w:jc w:val="center"/>
        <w:rPr>
          <w:b/>
          <w:lang w:val="ru-RU"/>
        </w:rPr>
      </w:pPr>
    </w:p>
    <w:p w14:paraId="56D4072B" w14:textId="2A5B7D22" w:rsidR="00551CB2" w:rsidRPr="00863895" w:rsidRDefault="000517D9" w:rsidP="006F0B0F">
      <w:pPr>
        <w:pStyle w:val="ae"/>
        <w:numPr>
          <w:ilvl w:val="0"/>
          <w:numId w:val="10"/>
        </w:numPr>
        <w:ind w:left="0"/>
        <w:jc w:val="center"/>
        <w:rPr>
          <w:b/>
          <w:lang w:val="ru-RU"/>
        </w:rPr>
      </w:pPr>
      <w:r w:rsidRPr="00863895">
        <w:rPr>
          <w:b/>
          <w:lang w:val="ru-RU"/>
        </w:rPr>
        <w:t>Общие положения</w:t>
      </w:r>
    </w:p>
    <w:p w14:paraId="3D3EB967" w14:textId="77777777" w:rsidR="00863895" w:rsidRPr="00863895" w:rsidRDefault="00863895" w:rsidP="00D944DB">
      <w:pPr>
        <w:pStyle w:val="ae"/>
        <w:ind w:firstLine="0"/>
        <w:rPr>
          <w:lang w:val="ru-RU"/>
        </w:rPr>
      </w:pPr>
    </w:p>
    <w:p w14:paraId="1F23CF1F" w14:textId="2B37FD7B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1.1. Настоящие Правила определяют условия, цели и порядок предоставления субсидий из областного бюджета</w:t>
      </w:r>
      <w:r w:rsidR="0087363F">
        <w:rPr>
          <w:lang w:val="ru-RU"/>
        </w:rPr>
        <w:t xml:space="preserve"> на финансовое обеспечение текущей деятельности</w:t>
      </w:r>
      <w:r w:rsidRPr="00DE142C">
        <w:rPr>
          <w:lang w:val="ru-RU"/>
        </w:rPr>
        <w:t xml:space="preserve"> автономной некоммерческой организации «Центр поддержки экспорта Курской области» (далее – Центр поддержки экспорта, ЦПЭ) в рамках реализации государственной программы Курской области «Развитие промышленности в Курской области и повышение ее конкурентоспособности», утвержденной постановлением Администрации Курской области от 24</w:t>
      </w:r>
      <w:r w:rsidR="00877235">
        <w:rPr>
          <w:lang w:val="ru-RU"/>
        </w:rPr>
        <w:t>.09.</w:t>
      </w:r>
      <w:r w:rsidRPr="00DE142C">
        <w:rPr>
          <w:lang w:val="ru-RU"/>
        </w:rPr>
        <w:t>2013 № 778-па (далее соответственно – субсидия, Программа).</w:t>
      </w:r>
    </w:p>
    <w:p w14:paraId="3BCD8B37" w14:textId="733735AE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1.2. Целью предоставления субсидии является </w:t>
      </w:r>
      <w:r w:rsidR="00FF106D" w:rsidRPr="00765A77">
        <w:rPr>
          <w:lang w:val="ru-RU"/>
        </w:rPr>
        <w:t>финансовое обеспечение организационных расходов, необходимых для текущей деятельности Ц</w:t>
      </w:r>
      <w:r w:rsidR="00FF106D">
        <w:rPr>
          <w:lang w:val="ru-RU"/>
        </w:rPr>
        <w:t>ПЭ</w:t>
      </w:r>
      <w:r w:rsidR="00FF106D" w:rsidRPr="00765A77">
        <w:rPr>
          <w:lang w:val="ru-RU"/>
        </w:rPr>
        <w:t xml:space="preserve"> и обеспечения оказания им услуг и мер поддержки субъектам малого и среднего предпринимательства, направленных на развитие экспортной деятельности, в соответствии с Требованиями к центрам поддержки экспорта, утвержденными приказом Министерства промышленности и торговли Российской Федерации от 9 июня 2026 г. № 2797 «Об утверждении Требований к центрам подде</w:t>
      </w:r>
      <w:r w:rsidR="00FF106D">
        <w:rPr>
          <w:lang w:val="ru-RU"/>
        </w:rPr>
        <w:t>ржки экспорта» (далее –</w:t>
      </w:r>
      <w:r w:rsidR="00FF106D" w:rsidRPr="00765A77">
        <w:rPr>
          <w:lang w:val="ru-RU"/>
        </w:rPr>
        <w:t xml:space="preserve"> Требования к ЦПЭ)</w:t>
      </w:r>
      <w:r w:rsidRPr="00DE142C">
        <w:rPr>
          <w:lang w:val="ru-RU"/>
        </w:rPr>
        <w:t>.</w:t>
      </w:r>
    </w:p>
    <w:p w14:paraId="1DB6738B" w14:textId="0804BEFC" w:rsidR="00551CB2" w:rsidRPr="00DE142C" w:rsidRDefault="00FF106D" w:rsidP="00D944DB">
      <w:pPr>
        <w:jc w:val="both"/>
        <w:rPr>
          <w:lang w:val="ru-RU"/>
        </w:rPr>
      </w:pPr>
      <w:r>
        <w:rPr>
          <w:lang w:val="ru-RU"/>
        </w:rPr>
        <w:t>1.3</w:t>
      </w:r>
      <w:r w:rsidR="000517D9" w:rsidRPr="00DE142C">
        <w:rPr>
          <w:lang w:val="ru-RU"/>
        </w:rPr>
        <w:t>. Главным распорядителем средств областного бюджета является Министерство промышленности, торговли и предпринимательства Курской области (далее – Министерство).</w:t>
      </w:r>
    </w:p>
    <w:p w14:paraId="2D6640E1" w14:textId="648AAF7B" w:rsidR="003C525C" w:rsidRDefault="00FF106D" w:rsidP="00D944DB">
      <w:pPr>
        <w:jc w:val="both"/>
        <w:rPr>
          <w:lang w:val="ru-RU"/>
        </w:rPr>
      </w:pPr>
      <w:r w:rsidRPr="00765A77">
        <w:rPr>
          <w:lang w:val="ru-RU"/>
        </w:rPr>
        <w:t>Получателем субсидии является Центр</w:t>
      </w:r>
      <w:r>
        <w:rPr>
          <w:lang w:val="ru-RU"/>
        </w:rPr>
        <w:t xml:space="preserve"> поддержки экспорта,</w:t>
      </w:r>
      <w:r w:rsidRPr="00DE142C">
        <w:rPr>
          <w:lang w:val="ru-RU"/>
        </w:rPr>
        <w:t xml:space="preserve"> </w:t>
      </w:r>
      <w:r w:rsidR="000517D9" w:rsidRPr="00DE142C">
        <w:rPr>
          <w:lang w:val="ru-RU"/>
        </w:rPr>
        <w:t xml:space="preserve">источником финансового обеспечения которой являются субсидия </w:t>
      </w:r>
      <w:proofErr w:type="gramStart"/>
      <w:r w:rsidR="000517D9" w:rsidRPr="00DE142C">
        <w:rPr>
          <w:lang w:val="ru-RU"/>
        </w:rPr>
        <w:t xml:space="preserve">из </w:t>
      </w:r>
      <w:r>
        <w:rPr>
          <w:lang w:val="ru-RU"/>
        </w:rPr>
        <w:t xml:space="preserve"> средств</w:t>
      </w:r>
      <w:proofErr w:type="gramEnd"/>
      <w:r w:rsidR="003C525C">
        <w:rPr>
          <w:lang w:val="ru-RU"/>
        </w:rPr>
        <w:t xml:space="preserve"> областного бюджета.</w:t>
      </w:r>
    </w:p>
    <w:p w14:paraId="033CBF5E" w14:textId="64531A29" w:rsidR="00437204" w:rsidRDefault="00E13E40" w:rsidP="00D944DB">
      <w:pPr>
        <w:jc w:val="both"/>
        <w:rPr>
          <w:lang w:val="ru-RU"/>
        </w:rPr>
      </w:pPr>
      <w:r>
        <w:rPr>
          <w:lang w:val="ru-RU"/>
        </w:rPr>
        <w:t>Предоставление субсидии</w:t>
      </w:r>
      <w:r w:rsidR="003C525C">
        <w:rPr>
          <w:lang w:val="ru-RU"/>
        </w:rPr>
        <w:t xml:space="preserve"> осуществляется Министерством </w:t>
      </w:r>
      <w:r w:rsidR="00437204">
        <w:rPr>
          <w:lang w:val="ru-RU"/>
        </w:rPr>
        <w:t>в соответствии со сводной бюджетной росписью областного бюджета в пределах лимитов бюджетных обязательств на текущий финансовый год, предусмотренных Министерству в областном бюджете на цели, указанные в пункте 1.2 настоящих Правил.</w:t>
      </w:r>
    </w:p>
    <w:p w14:paraId="453DF05F" w14:textId="086EC3F0" w:rsidR="00551CB2" w:rsidRDefault="00C06AD5" w:rsidP="00D944DB">
      <w:pPr>
        <w:jc w:val="both"/>
        <w:rPr>
          <w:lang w:val="ru-RU"/>
        </w:rPr>
      </w:pPr>
      <w:r>
        <w:rPr>
          <w:lang w:val="ru-RU"/>
        </w:rPr>
        <w:t>1.4</w:t>
      </w:r>
      <w:r w:rsidR="000517D9" w:rsidRPr="00DE142C">
        <w:rPr>
          <w:lang w:val="ru-RU"/>
        </w:rPr>
        <w:t>. Информация о субсидии, в том числе предусмотренной законом Курской области об областном бюджете (законом Курской области о внесении изменений в закон об областном бюджете), размещается на</w:t>
      </w:r>
      <w:bookmarkStart w:id="0" w:name="_GoBack"/>
      <w:bookmarkEnd w:id="0"/>
      <w:r w:rsidR="000517D9" w:rsidRPr="00DE142C">
        <w:rPr>
          <w:lang w:val="ru-RU"/>
        </w:rPr>
        <w:t xml:space="preserve"> </w:t>
      </w:r>
      <w:r w:rsidR="000517D9" w:rsidRPr="00DE142C">
        <w:rPr>
          <w:lang w:val="ru-RU"/>
        </w:rPr>
        <w:lastRenderedPageBreak/>
        <w:t>едином портале бюджетной системы Российской Федерации в информационно-телекоммуникационной сети «Интернет»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Министерства.</w:t>
      </w:r>
    </w:p>
    <w:p w14:paraId="2B8B55CD" w14:textId="77777777" w:rsidR="007D2FE9" w:rsidRDefault="007D2FE9" w:rsidP="00D944DB">
      <w:pPr>
        <w:jc w:val="both"/>
        <w:rPr>
          <w:lang w:val="ru-RU"/>
        </w:rPr>
      </w:pPr>
    </w:p>
    <w:p w14:paraId="65607C96" w14:textId="260CA319" w:rsidR="00DE142C" w:rsidRPr="007D2FE9" w:rsidRDefault="00DE142C" w:rsidP="00D944DB">
      <w:pPr>
        <w:pStyle w:val="ae"/>
        <w:numPr>
          <w:ilvl w:val="0"/>
          <w:numId w:val="10"/>
        </w:numPr>
        <w:jc w:val="center"/>
        <w:rPr>
          <w:b/>
          <w:lang w:val="ru-RU"/>
        </w:rPr>
      </w:pPr>
      <w:r w:rsidRPr="007D2FE9">
        <w:rPr>
          <w:b/>
          <w:lang w:val="ru-RU"/>
        </w:rPr>
        <w:t>Условия и порядок предоставления субсидии</w:t>
      </w:r>
    </w:p>
    <w:p w14:paraId="7DBF116E" w14:textId="77777777" w:rsidR="007D2FE9" w:rsidRPr="007D2FE9" w:rsidRDefault="007D2FE9" w:rsidP="00D944DB">
      <w:pPr>
        <w:pStyle w:val="ae"/>
        <w:ind w:firstLine="0"/>
        <w:rPr>
          <w:b/>
          <w:lang w:val="ru-RU"/>
        </w:rPr>
      </w:pPr>
    </w:p>
    <w:p w14:paraId="41988259" w14:textId="2EF9B6B6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2.1. Центр поддержки экспорта на дат</w:t>
      </w:r>
      <w:r w:rsidR="007D2FE9">
        <w:rPr>
          <w:lang w:val="ru-RU"/>
        </w:rPr>
        <w:t>у</w:t>
      </w:r>
      <w:r w:rsidRPr="00DE142C">
        <w:rPr>
          <w:lang w:val="ru-RU"/>
        </w:rPr>
        <w:t xml:space="preserve"> рассмотрения заявки и заключения соглашения о предоставлении субсидии (далее – соглашение) должен соответствовать следующим требованиям:</w:t>
      </w:r>
    </w:p>
    <w:p w14:paraId="12CD73D7" w14:textId="2C8F1300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1) Центр поддержки экспорта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</w:t>
      </w:r>
      <w:r w:rsidR="00901698" w:rsidRPr="00901698">
        <w:rPr>
          <w:lang w:val="ru-RU"/>
        </w:rPr>
        <w:t>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</w:t>
      </w:r>
      <w:r w:rsidR="00901698">
        <w:rPr>
          <w:lang w:val="ru-RU"/>
        </w:rPr>
        <w:t>х публичных акционерных обществ</w:t>
      </w:r>
      <w:r w:rsidRPr="00DE142C">
        <w:rPr>
          <w:lang w:val="ru-RU"/>
        </w:rPr>
        <w:t>;</w:t>
      </w:r>
    </w:p>
    <w:p w14:paraId="6EE1BAF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2) Центр поддержки экспорта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4CEC150" w14:textId="24EFECAE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3) Центр поддержки экспорта </w:t>
      </w:r>
      <w:r w:rsidR="002937B5" w:rsidRPr="002937B5">
        <w:rPr>
          <w:lang w:val="ru-RU"/>
        </w:rPr>
        <w:t xml:space="preserve">не находится в составляемых в рамках реализации полномочий, предусмотренных </w:t>
      </w:r>
      <w:hyperlink r:id="rId9">
        <w:r w:rsidR="002937B5" w:rsidRPr="002937B5">
          <w:rPr>
            <w:color w:val="0000FF"/>
            <w:lang w:val="ru-RU"/>
          </w:rPr>
          <w:t xml:space="preserve">главой </w:t>
        </w:r>
        <w:r w:rsidR="002937B5">
          <w:rPr>
            <w:color w:val="0000FF"/>
          </w:rPr>
          <w:t>VII</w:t>
        </w:r>
      </w:hyperlink>
      <w:r w:rsidR="002937B5" w:rsidRPr="002937B5">
        <w:rPr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 w:rsidRPr="00DE142C">
        <w:rPr>
          <w:lang w:val="ru-RU"/>
        </w:rPr>
        <w:t>;</w:t>
      </w:r>
    </w:p>
    <w:p w14:paraId="6ADB189D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4) Центр поддержки экспорта не получает средства из областного бюджета на основании иных нормативных правовых актов Курской области на цели, установленные пунктом 1.2 настоящих Правил;</w:t>
      </w:r>
    </w:p>
    <w:p w14:paraId="724C3738" w14:textId="1297140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5) Центр поддержки экспорта не является иностранным агентом в соответствии с Федера</w:t>
      </w:r>
      <w:r w:rsidR="00B04846">
        <w:rPr>
          <w:lang w:val="ru-RU"/>
        </w:rPr>
        <w:t>льным законом от 14 июля 2022 года</w:t>
      </w:r>
      <w:r w:rsidRPr="00DE142C">
        <w:rPr>
          <w:lang w:val="ru-RU"/>
        </w:rPr>
        <w:t xml:space="preserve"> № 255-ФЗ </w:t>
      </w:r>
      <w:r w:rsidR="005936AF">
        <w:rPr>
          <w:lang w:val="ru-RU"/>
        </w:rPr>
        <w:t xml:space="preserve">                 </w:t>
      </w:r>
      <w:proofErr w:type="gramStart"/>
      <w:r w:rsidR="005936AF">
        <w:rPr>
          <w:lang w:val="ru-RU"/>
        </w:rPr>
        <w:t xml:space="preserve">   </w:t>
      </w:r>
      <w:r w:rsidRPr="00DE142C">
        <w:rPr>
          <w:lang w:val="ru-RU"/>
        </w:rPr>
        <w:lastRenderedPageBreak/>
        <w:t>«</w:t>
      </w:r>
      <w:proofErr w:type="gramEnd"/>
      <w:r w:rsidRPr="00DE142C">
        <w:rPr>
          <w:lang w:val="ru-RU"/>
        </w:rPr>
        <w:t>О контроле за деятельностью лиц, находящихся под иностранным влиянием»;</w:t>
      </w:r>
    </w:p>
    <w:p w14:paraId="70EF46A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6) у Центра поддержки экспорта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676FA8B" w14:textId="31FCB07E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7) у Центра поддержки экспорта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</w:t>
      </w:r>
      <w:r w:rsidR="00B04846">
        <w:rPr>
          <w:lang w:val="ru-RU"/>
        </w:rPr>
        <w:t>ельствам перед Курской областью</w:t>
      </w:r>
      <w:r w:rsidRPr="00DE142C">
        <w:rPr>
          <w:lang w:val="ru-RU"/>
        </w:rPr>
        <w:t xml:space="preserve"> </w:t>
      </w:r>
      <w:r w:rsidR="00B04846">
        <w:rPr>
          <w:lang w:val="ru-RU"/>
        </w:rPr>
        <w:t>(</w:t>
      </w:r>
      <w:r w:rsidRPr="00DE142C">
        <w:rPr>
          <w:lang w:val="ru-RU"/>
        </w:rPr>
        <w:t>за исключением случаев, установленных Правительством Курской области</w:t>
      </w:r>
      <w:r w:rsidR="00B04846">
        <w:rPr>
          <w:lang w:val="ru-RU"/>
        </w:rPr>
        <w:t>)</w:t>
      </w:r>
      <w:r w:rsidRPr="00DE142C">
        <w:rPr>
          <w:lang w:val="ru-RU"/>
        </w:rPr>
        <w:t>;</w:t>
      </w:r>
    </w:p>
    <w:p w14:paraId="3D767A0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8) Центр поддержки экспорта не находится в процессе реорганизации (за исключением реорганизации в форме присоединения к Центру поддержки экспорта другого юридического лица), ликвидации, в отношении него не введена процедура банкротства, деятельность Центра поддержки экспорта не приостановлена в порядке, предусмотренном законодательством Российской Федерации;</w:t>
      </w:r>
    </w:p>
    <w:p w14:paraId="0534BFC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9) в реестре дисквалифицированных лиц отсутствуют сведения о дисквалифицированном руководителе Центра поддержки экспорта и главном бухгалтере Центра поддержки экспорта (при наличии);</w:t>
      </w:r>
    </w:p>
    <w:p w14:paraId="037742C3" w14:textId="77777777" w:rsidR="00FC2F3F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2.2. Для получения субсидии Центр поддержки экспорта представляет в Министерство</w:t>
      </w:r>
      <w:r w:rsidR="00FC2F3F">
        <w:rPr>
          <w:lang w:val="ru-RU"/>
        </w:rPr>
        <w:t>:</w:t>
      </w:r>
    </w:p>
    <w:p w14:paraId="57989C3F" w14:textId="365CC511" w:rsidR="00DE142C" w:rsidRPr="00DE142C" w:rsidRDefault="00DE142C" w:rsidP="00D944DB">
      <w:pPr>
        <w:jc w:val="both"/>
        <w:rPr>
          <w:lang w:val="ru-RU"/>
        </w:rPr>
      </w:pPr>
      <w:proofErr w:type="gramStart"/>
      <w:r w:rsidRPr="00EA06CA">
        <w:rPr>
          <w:lang w:val="ru-RU"/>
        </w:rPr>
        <w:t>заявку</w:t>
      </w:r>
      <w:proofErr w:type="gramEnd"/>
      <w:r w:rsidRPr="00EA06CA">
        <w:rPr>
          <w:lang w:val="ru-RU"/>
        </w:rPr>
        <w:t xml:space="preserve"> по форме согласно приложению</w:t>
      </w:r>
      <w:r w:rsidR="00B04846">
        <w:rPr>
          <w:lang w:val="ru-RU"/>
        </w:rPr>
        <w:t xml:space="preserve"> №</w:t>
      </w:r>
      <w:r w:rsidR="0055236D">
        <w:rPr>
          <w:lang w:val="ru-RU"/>
        </w:rPr>
        <w:t>1</w:t>
      </w:r>
      <w:r w:rsidRPr="00EA06CA">
        <w:rPr>
          <w:lang w:val="ru-RU"/>
        </w:rPr>
        <w:t xml:space="preserve"> к настоящим Правилам, к которой прилагаются документы, подтверждающие полномочия</w:t>
      </w:r>
      <w:r w:rsidRPr="00DE142C">
        <w:rPr>
          <w:lang w:val="ru-RU"/>
        </w:rPr>
        <w:t xml:space="preserve"> руководителя Центра поддержки экспорта либо представителя Центра поддержки экспорта на подписание и представление в Министерство заявки и прилагаемых к ней документов (в случае представления заявки и документов представит</w:t>
      </w:r>
      <w:r w:rsidR="00EA06CA">
        <w:rPr>
          <w:lang w:val="ru-RU"/>
        </w:rPr>
        <w:t>елем Центра поддержки экспорта);</w:t>
      </w:r>
    </w:p>
    <w:p w14:paraId="30BF44E6" w14:textId="6DDDA9F6" w:rsidR="00FF5381" w:rsidRDefault="00FC2F3F" w:rsidP="00D944DB">
      <w:pPr>
        <w:jc w:val="both"/>
        <w:rPr>
          <w:lang w:val="ru-RU"/>
        </w:rPr>
      </w:pPr>
      <w:proofErr w:type="gramStart"/>
      <w:r>
        <w:rPr>
          <w:lang w:val="ru-RU"/>
        </w:rPr>
        <w:t>с</w:t>
      </w:r>
      <w:r w:rsidR="00B50542">
        <w:rPr>
          <w:lang w:val="ru-RU"/>
        </w:rPr>
        <w:t>мету</w:t>
      </w:r>
      <w:proofErr w:type="gramEnd"/>
      <w:r w:rsidR="00EA06CA">
        <w:rPr>
          <w:lang w:val="ru-RU"/>
        </w:rPr>
        <w:t xml:space="preserve"> </w:t>
      </w:r>
      <w:r>
        <w:rPr>
          <w:lang w:val="ru-RU"/>
        </w:rPr>
        <w:t xml:space="preserve">планируемых расходов </w:t>
      </w:r>
      <w:r w:rsidR="00EA06CA" w:rsidRPr="00EA06CA">
        <w:rPr>
          <w:lang w:val="ru-RU"/>
        </w:rPr>
        <w:t>по форме согласно приложению</w:t>
      </w:r>
      <w:r w:rsidR="00B04846">
        <w:rPr>
          <w:lang w:val="ru-RU"/>
        </w:rPr>
        <w:t xml:space="preserve"> №</w:t>
      </w:r>
      <w:r w:rsidR="0055236D">
        <w:rPr>
          <w:lang w:val="ru-RU"/>
        </w:rPr>
        <w:t>2</w:t>
      </w:r>
      <w:r w:rsidR="00EA06CA" w:rsidRPr="00EA06CA">
        <w:rPr>
          <w:lang w:val="ru-RU"/>
        </w:rPr>
        <w:t xml:space="preserve"> к настоящим Правилам</w:t>
      </w:r>
      <w:r w:rsidR="00EA06CA">
        <w:rPr>
          <w:lang w:val="ru-RU"/>
        </w:rPr>
        <w:t xml:space="preserve"> </w:t>
      </w:r>
      <w:r>
        <w:rPr>
          <w:lang w:val="ru-RU"/>
        </w:rPr>
        <w:t>на текущий финансовый год</w:t>
      </w:r>
      <w:r w:rsidR="008B5384">
        <w:rPr>
          <w:lang w:val="ru-RU"/>
        </w:rPr>
        <w:t xml:space="preserve"> в соответствии с направлениями расходов, предусмотренными приложением № 1 к Требованиям к ЦПЭ,</w:t>
      </w:r>
      <w:r w:rsidR="004A3FA3">
        <w:rPr>
          <w:lang w:val="ru-RU"/>
        </w:rPr>
        <w:t xml:space="preserve"> </w:t>
      </w:r>
      <w:r w:rsidR="004A3FA3" w:rsidRPr="00305BCA">
        <w:rPr>
          <w:lang w:val="ru-RU"/>
        </w:rPr>
        <w:t>утвержденная Министерством</w:t>
      </w:r>
      <w:r w:rsidR="00FF5381" w:rsidRPr="00305BCA">
        <w:rPr>
          <w:lang w:val="ru-RU"/>
        </w:rPr>
        <w:t>;</w:t>
      </w:r>
    </w:p>
    <w:p w14:paraId="77BA123B" w14:textId="4628D7FB" w:rsidR="00FC2F3F" w:rsidRPr="00DE142C" w:rsidRDefault="00FF5381" w:rsidP="00D944DB">
      <w:pPr>
        <w:jc w:val="both"/>
        <w:rPr>
          <w:lang w:val="ru-RU"/>
        </w:rPr>
      </w:pPr>
      <w:proofErr w:type="gramStart"/>
      <w:r>
        <w:rPr>
          <w:lang w:val="ru-RU"/>
        </w:rPr>
        <w:t>предложения</w:t>
      </w:r>
      <w:proofErr w:type="gramEnd"/>
      <w:r>
        <w:rPr>
          <w:lang w:val="ru-RU"/>
        </w:rPr>
        <w:t xml:space="preserve"> в план-график перечисления субсидии </w:t>
      </w:r>
      <w:r w:rsidRPr="00EA06CA">
        <w:rPr>
          <w:lang w:val="ru-RU"/>
        </w:rPr>
        <w:t>по форме согласно приложению</w:t>
      </w:r>
      <w:r>
        <w:rPr>
          <w:lang w:val="ru-RU"/>
        </w:rPr>
        <w:t xml:space="preserve"> №3</w:t>
      </w:r>
      <w:r w:rsidRPr="00EA06CA">
        <w:rPr>
          <w:lang w:val="ru-RU"/>
        </w:rPr>
        <w:t xml:space="preserve"> к настоящим Правилам</w:t>
      </w:r>
      <w:r>
        <w:rPr>
          <w:lang w:val="ru-RU"/>
        </w:rPr>
        <w:t xml:space="preserve"> на текущий финансовый год.</w:t>
      </w:r>
      <w:r w:rsidR="00FC2F3F">
        <w:rPr>
          <w:lang w:val="ru-RU"/>
        </w:rPr>
        <w:t xml:space="preserve"> </w:t>
      </w:r>
    </w:p>
    <w:p w14:paraId="52F14DDD" w14:textId="294ABB0C" w:rsidR="004A3FA3" w:rsidRDefault="004A3FA3" w:rsidP="00D944DB">
      <w:pPr>
        <w:jc w:val="both"/>
        <w:rPr>
          <w:lang w:val="ru-RU"/>
        </w:rPr>
      </w:pPr>
      <w:r w:rsidRPr="00765A77">
        <w:rPr>
          <w:lang w:val="ru-RU"/>
        </w:rPr>
        <w:t>Заявка и документы</w:t>
      </w:r>
      <w:r>
        <w:rPr>
          <w:lang w:val="ru-RU"/>
        </w:rPr>
        <w:t>, указанные в настоящем пункте</w:t>
      </w:r>
      <w:r w:rsidR="008B5384">
        <w:rPr>
          <w:lang w:val="ru-RU"/>
        </w:rPr>
        <w:t>,</w:t>
      </w:r>
      <w:r w:rsidRPr="00765A77">
        <w:rPr>
          <w:lang w:val="ru-RU"/>
        </w:rPr>
        <w:t xml:space="preserve"> </w:t>
      </w:r>
      <w:r w:rsidR="008B5384">
        <w:rPr>
          <w:lang w:val="ru-RU"/>
        </w:rPr>
        <w:t>регистриру</w:t>
      </w:r>
      <w:r w:rsidR="009712D9">
        <w:rPr>
          <w:lang w:val="ru-RU"/>
        </w:rPr>
        <w:t>ю</w:t>
      </w:r>
      <w:r w:rsidR="008B5384">
        <w:rPr>
          <w:lang w:val="ru-RU"/>
        </w:rPr>
        <w:t>тся Министерством</w:t>
      </w:r>
      <w:r w:rsidR="009712D9">
        <w:rPr>
          <w:lang w:val="ru-RU"/>
        </w:rPr>
        <w:t xml:space="preserve"> в день их получения в региональной информационной системе «Система электронного документооборота Курской области»</w:t>
      </w:r>
      <w:r w:rsidRPr="00765A77">
        <w:rPr>
          <w:lang w:val="ru-RU"/>
        </w:rPr>
        <w:t xml:space="preserve">. </w:t>
      </w:r>
    </w:p>
    <w:p w14:paraId="1935F87C" w14:textId="0E44EF54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2.3. Министерство в течение 5 рабочих дней со дня регистрации заявки осуществляет проверку Центра поддержки экспорта на соответствие требованиям, установленным пунктом 2.1 настоящих Правил, на основании документов, предусмотренных пунктом 2.2 настоящих Правил.</w:t>
      </w:r>
    </w:p>
    <w:p w14:paraId="468A63A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2.4. Министерство в целях подтверждения соответствия Центра поддержки экспорта установленным требованиям не вправе требовать от </w:t>
      </w:r>
      <w:r w:rsidRPr="00DE142C">
        <w:rPr>
          <w:lang w:val="ru-RU"/>
        </w:rPr>
        <w:lastRenderedPageBreak/>
        <w:t>Центра поддержки экспорта предоставления документов и информации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когда Центр поддержки экспорта готов предоставить указанные документы и информацию Министерству по собственной инициативе.</w:t>
      </w:r>
    </w:p>
    <w:p w14:paraId="461E80E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2.5. Ответственность за полноту и достоверность информации, содержащейся в заявке и документах, прилагаемых к ней, несет Центр поддержки экспорта.</w:t>
      </w:r>
    </w:p>
    <w:p w14:paraId="1B44A37F" w14:textId="5AAB1D2B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2.6. Размер субсидии, предоставляемой в текущем финансовом году,</w:t>
      </w:r>
      <w:r w:rsidR="009712D9">
        <w:rPr>
          <w:lang w:val="ru-RU"/>
        </w:rPr>
        <w:t xml:space="preserve"> рассчитывается как сумма затрат, финансовое обеспечение которых осуществляется за счет субсидии, в соответствии с направлениями расходов, указанных в смете расходов, указанной в пункте 2.2</w:t>
      </w:r>
      <w:proofErr w:type="gramStart"/>
      <w:r w:rsidR="009712D9">
        <w:rPr>
          <w:lang w:val="ru-RU"/>
        </w:rPr>
        <w:t>. настоящих</w:t>
      </w:r>
      <w:proofErr w:type="gramEnd"/>
      <w:r w:rsidR="009712D9">
        <w:rPr>
          <w:lang w:val="ru-RU"/>
        </w:rPr>
        <w:t xml:space="preserve"> Правил.</w:t>
      </w:r>
      <w:r w:rsidRPr="00DE142C">
        <w:rPr>
          <w:lang w:val="ru-RU"/>
        </w:rPr>
        <w:t xml:space="preserve"> </w:t>
      </w:r>
    </w:p>
    <w:p w14:paraId="5E465B9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2.7. Предоставление субсидии осуществляется на основании соглашения, заключаемого между Министерством и Центром поддержки экспорта.</w:t>
      </w:r>
    </w:p>
    <w:p w14:paraId="4C34B321" w14:textId="20CAF945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Соглашение о предоставлении субсидии, дополнительные соглашения к соглашению о предоставлении субсидии (далее – соглашение, дополнительное соглашение) за счет средств областного бюджета и средств областного бюджета, источником финансового обеспечения которых являются средства федерального бюджета, имеющие целевое назначение, предоставленные бюджету Курской области, заключаются в соответствии с типовыми формами соглашения, дополнительного соглашения, установленными Министерством финансов Российской Федерации, с применением государственной интегрированной информационной системы управления общественными финансами «Электронный бюджет»</w:t>
      </w:r>
      <w:r w:rsidR="00CC08FD">
        <w:rPr>
          <w:lang w:val="ru-RU"/>
        </w:rPr>
        <w:t xml:space="preserve"> (далее – система «Электронный бюджет»)</w:t>
      </w:r>
      <w:r w:rsidRPr="00DE142C">
        <w:rPr>
          <w:lang w:val="ru-RU"/>
        </w:rPr>
        <w:t>.</w:t>
      </w:r>
    </w:p>
    <w:p w14:paraId="1CC8DBD2" w14:textId="5B0645BB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В соглашение включаются условия, предусмотренные настоящими Правилами, а также обязательства Центра поддержки экспорта по обеспечению достижения значений результатов предоставления субсидии и соблюдению требований к направлениям расходования средств субсидии.</w:t>
      </w:r>
    </w:p>
    <w:p w14:paraId="60A5D12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2.8. В случае уменьшения или увеличения Министерству ранее доведенных лимитов бюджетных обязательств на предоставление субсидии внесение изменений в соглашение осуществляется в порядке, предусмотренном пунктом 2.7 настоящих Правил.</w:t>
      </w:r>
    </w:p>
    <w:p w14:paraId="54563C3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2.9. В соглашение включается требование о согласовании новых условий соглашения или о расторжении соглашения при </w:t>
      </w:r>
      <w:proofErr w:type="spellStart"/>
      <w:r w:rsidRPr="00DE142C">
        <w:rPr>
          <w:lang w:val="ru-RU"/>
        </w:rPr>
        <w:t>недостижении</w:t>
      </w:r>
      <w:proofErr w:type="spellEnd"/>
      <w:r w:rsidRPr="00DE142C">
        <w:rPr>
          <w:lang w:val="ru-RU"/>
        </w:rPr>
        <w:t xml:space="preserve">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14:paraId="0B509214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2.10. Основаниями для отказа Центру поддержки экспорта в предоставлении субсидии являются:</w:t>
      </w:r>
    </w:p>
    <w:p w14:paraId="2D00AE0F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lastRenderedPageBreak/>
        <w:t>1) несоответствие Центра поддержки экспорта требованиям, установленным настоящими Правилами;</w:t>
      </w:r>
    </w:p>
    <w:p w14:paraId="0E22300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2) несоответствие представленных Центром поддержки экспорта документов требованиям, определенным пунктом 2.2 настоящих Правил, или непредставление (представление не в полном объеме) указанных документов;</w:t>
      </w:r>
    </w:p>
    <w:p w14:paraId="5099F17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3) установление факта недостоверности представленной Центром поддержки экспорта информации.</w:t>
      </w:r>
    </w:p>
    <w:p w14:paraId="3CD1F39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2.11. В случае устранения оснований для отказа в предоставлении субсидии, указанных в пункте 2.10 настоящих Правил, Центр поддержки экспорта вправе повторно обратиться в Министерство с заявкой и документами для получения субсидии в соответствии с настоящими Правилами.</w:t>
      </w:r>
    </w:p>
    <w:p w14:paraId="5D79F37E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2.12. Министерство принимает решение о предоставлении субсидии Центру поддержки экспорта или об отказе в предоставлении субсидии с указанием оснований отказа в течение 5 рабочих дней со дня регистрации заявки и документов, указанных в пункте 2.2 настоящих Правил.</w:t>
      </w:r>
    </w:p>
    <w:p w14:paraId="2A7EFF3E" w14:textId="0C7C1C04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Министерство в течение 5 рабочих дней со дня принятия решения, указанного в абзаце первом настоящего пункта, направляет Центру поддержки экспорта его копию</w:t>
      </w:r>
      <w:r w:rsidR="00121D52">
        <w:rPr>
          <w:lang w:val="ru-RU"/>
        </w:rPr>
        <w:t xml:space="preserve"> по электронной почте или нарочно</w:t>
      </w:r>
      <w:r w:rsidRPr="00DE142C">
        <w:rPr>
          <w:lang w:val="ru-RU"/>
        </w:rPr>
        <w:t xml:space="preserve"> и проект соглашения с применением системы «Электронный бюджет».</w:t>
      </w:r>
    </w:p>
    <w:p w14:paraId="6512B886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Для перечисления субсидии Министерство направляет в Управление Федерального казначейства по Курской области соглашение (дополнительное соглашение) и платежный документ в порядке, установленном бюджетным законодательством Российской Федерации.</w:t>
      </w:r>
    </w:p>
    <w:p w14:paraId="1A3DE611" w14:textId="206AF928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Средства субсидии перечисляются Центру под</w:t>
      </w:r>
      <w:r w:rsidR="00945A2D">
        <w:rPr>
          <w:lang w:val="ru-RU"/>
        </w:rPr>
        <w:t>держки экспорта на лицевой счет</w:t>
      </w:r>
      <w:r w:rsidRPr="00DE142C">
        <w:rPr>
          <w:lang w:val="ru-RU"/>
        </w:rPr>
        <w:t xml:space="preserve"> в порядке и сроки, установленные бюджетным законодательством Российской Федерации.</w:t>
      </w:r>
    </w:p>
    <w:p w14:paraId="53AFD78B" w14:textId="75936D94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2.13. В случае не</w:t>
      </w:r>
      <w:r w:rsidR="00CE5934">
        <w:rPr>
          <w:lang w:val="ru-RU"/>
        </w:rPr>
        <w:t xml:space="preserve"> </w:t>
      </w:r>
      <w:r w:rsidRPr="00DE142C">
        <w:rPr>
          <w:lang w:val="ru-RU"/>
        </w:rPr>
        <w:t>подписания соглашения в течение 10 рабочих дней со дня принятия решения Министерства о предоставлении субсидии Центру поддержки экспорта, получения от Центра поддержки экспорта письменного отказа от подписания соглашения Министерством принимается решение об отмене ранее принятого решения о предоставлении субсидии, которое оформляется приказом Министерства.</w:t>
      </w:r>
    </w:p>
    <w:p w14:paraId="1BECC04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Указанное решение принимается в течение 3 рабочих дней со дня истечения срока, установленного для заключения соглашения Министерством и Центром поддержки экспорта в абзаце первом настоящего пункта, и (или) получения от Центра поддержки экспорта письменного отказа от подписания соглашения.</w:t>
      </w:r>
    </w:p>
    <w:p w14:paraId="6498E990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2.14. Центру поддержки экспорта запрещено приобретение иностранной валюты за счет полученных из соответствующего бюджета бюджетной системы Российской Федерации средств, за исключением операций, осуществляемых в соответствии с валютным законодательством Российской Федерации </w:t>
      </w:r>
      <w:r w:rsidRPr="002634E7">
        <w:rPr>
          <w:lang w:val="ru-RU"/>
        </w:rPr>
        <w:t xml:space="preserve">при закупке (поставке) высокотехнологичного импортного оборудования, сырья и комплектующих изделий, а также </w:t>
      </w:r>
      <w:r w:rsidRPr="002634E7">
        <w:rPr>
          <w:lang w:val="ru-RU"/>
        </w:rPr>
        <w:lastRenderedPageBreak/>
        <w:t>связанных с достижением результатов предоставления этих средств иных операций, определенных настоящими Правилами.</w:t>
      </w:r>
    </w:p>
    <w:p w14:paraId="594512A0" w14:textId="002C8826" w:rsidR="00DE142C" w:rsidRPr="002634E7" w:rsidRDefault="00DE142C" w:rsidP="00D944DB">
      <w:pPr>
        <w:jc w:val="both"/>
        <w:rPr>
          <w:lang w:val="ru-RU"/>
        </w:rPr>
      </w:pPr>
      <w:r w:rsidRPr="006E28B7">
        <w:rPr>
          <w:lang w:val="ru-RU"/>
        </w:rPr>
        <w:t>2.15. Субсидия используется исключительно на финансовое обеспечение</w:t>
      </w:r>
      <w:r w:rsidR="002B2704">
        <w:rPr>
          <w:lang w:val="ru-RU"/>
        </w:rPr>
        <w:t xml:space="preserve"> текущей</w:t>
      </w:r>
      <w:r w:rsidRPr="006E28B7">
        <w:rPr>
          <w:lang w:val="ru-RU"/>
        </w:rPr>
        <w:t xml:space="preserve"> деятельности Центра поддержки экспорта в целях, указанных в пункте 1.2 настоящих Правил, и по направлениям организационных расходов, предусмотренным прил</w:t>
      </w:r>
      <w:r w:rsidR="002634E7" w:rsidRPr="006E28B7">
        <w:rPr>
          <w:lang w:val="ru-RU"/>
        </w:rPr>
        <w:t>ожением № 1 к Требованиям к ЦПЭ.</w:t>
      </w:r>
    </w:p>
    <w:p w14:paraId="0AA4843A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2.16. При реорганизации Центра поддержки экспорта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64716EA6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При реорганизации Центра поддержки экспорта в форме разделения, выделения, а также при ликвидации Центра поддержки экспорта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Центром поддержки экспорта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 w14:paraId="2C8FC734" w14:textId="77777777" w:rsidR="006C15DC" w:rsidRPr="0016027C" w:rsidRDefault="00DE142C" w:rsidP="006C15DC">
      <w:pPr>
        <w:jc w:val="both"/>
        <w:rPr>
          <w:lang w:val="ru-RU"/>
        </w:rPr>
      </w:pPr>
      <w:r w:rsidRPr="00DE142C">
        <w:rPr>
          <w:lang w:val="ru-RU"/>
        </w:rPr>
        <w:t xml:space="preserve">2.17. </w:t>
      </w:r>
      <w:r w:rsidR="006C15DC" w:rsidRPr="0016027C">
        <w:rPr>
          <w:lang w:val="ru-RU"/>
        </w:rPr>
        <w:t>Результатом предоставления субсидии является:</w:t>
      </w:r>
    </w:p>
    <w:p w14:paraId="1CA977CD" w14:textId="322D9E14" w:rsidR="006C15DC" w:rsidRDefault="00993284" w:rsidP="006C15DC">
      <w:pPr>
        <w:jc w:val="both"/>
        <w:rPr>
          <w:lang w:val="ru-RU"/>
        </w:rPr>
      </w:pPr>
      <w:proofErr w:type="gramStart"/>
      <w:r>
        <w:rPr>
          <w:lang w:val="ru-RU"/>
        </w:rPr>
        <w:t>субъектами</w:t>
      </w:r>
      <w:proofErr w:type="gramEnd"/>
      <w:r>
        <w:rPr>
          <w:lang w:val="ru-RU"/>
        </w:rPr>
        <w:t xml:space="preserve"> малого и среднего предпринимательства осуществлен экспорт товаров (работ, услуг) при поддержке центров поддержки экспорта (количество субъектов малого и среднего предпринимательства – экспортеров, заключивших экспортные контракты по результатам услуг центров поддержки экспорта). </w:t>
      </w:r>
    </w:p>
    <w:p w14:paraId="6EAEBE61" w14:textId="2C65A4DA" w:rsidR="00DE142C" w:rsidRPr="00DE142C" w:rsidRDefault="00DE142C" w:rsidP="006C15DC">
      <w:pPr>
        <w:jc w:val="both"/>
        <w:rPr>
          <w:lang w:val="ru-RU"/>
        </w:rPr>
      </w:pPr>
      <w:r w:rsidRPr="00DE142C">
        <w:rPr>
          <w:lang w:val="ru-RU"/>
        </w:rPr>
        <w:t>Значения результатов предоставления субсидии устанавливаются соглашением.</w:t>
      </w:r>
    </w:p>
    <w:p w14:paraId="0BC262E9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Эффективность использования субсидии оценивается Министерством путем сопоставления фактически достигнутых Центром поддержки экспорта значений результатов предоставления субсидии и их значений, установленных соглашением.</w:t>
      </w:r>
    </w:p>
    <w:p w14:paraId="3B593127" w14:textId="52720D92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2.18. </w:t>
      </w:r>
      <w:proofErr w:type="spellStart"/>
      <w:r w:rsidRPr="00DE142C">
        <w:rPr>
          <w:lang w:val="ru-RU"/>
        </w:rPr>
        <w:t>Недостижение</w:t>
      </w:r>
      <w:proofErr w:type="spellEnd"/>
      <w:r w:rsidRPr="00DE142C">
        <w:rPr>
          <w:lang w:val="ru-RU"/>
        </w:rPr>
        <w:t xml:space="preserve"> Центром поддержки экспорта результатов предоставления субсидии, значения которых установлены в соглашении, является нарушением условий предоставления субсидии и служит основанием для возврата субсидии в областной бюджет. Объем средств, подлежащий возврату в областной бюджет, рассчитывается в соответствии с пунктами 4.3 – 4.5 настоящих Правил.</w:t>
      </w:r>
    </w:p>
    <w:p w14:paraId="67BF7AF5" w14:textId="77777777" w:rsidR="00DE142C" w:rsidRPr="00630464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2.19. </w:t>
      </w:r>
      <w:r w:rsidRPr="00630464">
        <w:rPr>
          <w:lang w:val="ru-RU"/>
        </w:rPr>
        <w:t>Министерство принимает в установленном в соответствии с нормативными правовыми актами Курской области порядке решение о наличии потребности в текущем финансовом году в остатке субсидии, предоставленной в отчетном финансовом году на цели, указанные в пункте 1.2 настоящих Правил, или о возврате указанных средств при отсутствии в них потребности.</w:t>
      </w:r>
    </w:p>
    <w:p w14:paraId="787E8674" w14:textId="76098140" w:rsidR="00D52AE3" w:rsidRPr="00630464" w:rsidRDefault="00D52AE3" w:rsidP="00D944DB">
      <w:pPr>
        <w:jc w:val="both"/>
        <w:rPr>
          <w:lang w:val="ru-RU"/>
        </w:rPr>
      </w:pPr>
      <w:r w:rsidRPr="00630464">
        <w:rPr>
          <w:lang w:val="ru-RU"/>
        </w:rPr>
        <w:lastRenderedPageBreak/>
        <w:t>2.20. В случае отсутствия решения о наличии потребности в текущем финансовом году в остатке субсидии, Центр поддержки экспорта возвращает в бюджет Курской области неиспользованный остаток субсидии в срок до 10 марта года, следующего за годом предоставления субсидии.</w:t>
      </w:r>
    </w:p>
    <w:p w14:paraId="5B0BD7DC" w14:textId="1DE6627E" w:rsidR="00D52AE3" w:rsidRDefault="00D52AE3" w:rsidP="00D944DB">
      <w:pPr>
        <w:jc w:val="both"/>
        <w:rPr>
          <w:lang w:val="ru-RU"/>
        </w:rPr>
      </w:pPr>
      <w:r w:rsidRPr="00630464">
        <w:rPr>
          <w:lang w:val="ru-RU"/>
        </w:rPr>
        <w:t>В случае невыполнения требования о возврате средств субсидии взыскание средств осуществляется Министерством в судебной порядке.</w:t>
      </w:r>
    </w:p>
    <w:p w14:paraId="42E84BE0" w14:textId="77777777" w:rsidR="00D52AE3" w:rsidRPr="00DE142C" w:rsidRDefault="00D52AE3" w:rsidP="00D52AE3">
      <w:pPr>
        <w:ind w:firstLine="0"/>
        <w:jc w:val="both"/>
        <w:rPr>
          <w:lang w:val="ru-RU"/>
        </w:rPr>
      </w:pPr>
    </w:p>
    <w:p w14:paraId="19C67D6D" w14:textId="540CFA5E" w:rsidR="00742929" w:rsidRPr="00D407E0" w:rsidRDefault="00742929" w:rsidP="00D52AE3">
      <w:pPr>
        <w:ind w:firstLine="0"/>
        <w:jc w:val="center"/>
        <w:rPr>
          <w:b/>
          <w:lang w:val="ru-RU"/>
        </w:rPr>
      </w:pPr>
      <w:r w:rsidRPr="00D407E0">
        <w:rPr>
          <w:b/>
          <w:lang w:val="ru-RU"/>
        </w:rPr>
        <w:t>3. Порядок предоставления отчетности, мониторинг</w:t>
      </w:r>
      <w:r w:rsidR="00D407E0" w:rsidRPr="00D407E0">
        <w:rPr>
          <w:b/>
          <w:lang w:val="ru-RU"/>
        </w:rPr>
        <w:t xml:space="preserve"> </w:t>
      </w:r>
      <w:r w:rsidRPr="00D407E0">
        <w:rPr>
          <w:b/>
          <w:lang w:val="ru-RU"/>
        </w:rPr>
        <w:t>достижения результатов предоставления субсидии</w:t>
      </w:r>
    </w:p>
    <w:p w14:paraId="1D17BD7C" w14:textId="77777777" w:rsidR="00D407E0" w:rsidRPr="00632FA6" w:rsidRDefault="00D407E0" w:rsidP="00D944DB">
      <w:pPr>
        <w:ind w:firstLine="0"/>
        <w:jc w:val="center"/>
        <w:rPr>
          <w:lang w:val="ru-RU"/>
        </w:rPr>
      </w:pPr>
    </w:p>
    <w:p w14:paraId="6EC68F71" w14:textId="7C7F73BA" w:rsidR="00742929" w:rsidRPr="0016027C" w:rsidRDefault="00742929" w:rsidP="00D944DB">
      <w:pPr>
        <w:jc w:val="both"/>
        <w:rPr>
          <w:lang w:val="ru-RU"/>
        </w:rPr>
      </w:pPr>
      <w:r w:rsidRPr="0016027C">
        <w:rPr>
          <w:lang w:val="ru-RU"/>
        </w:rPr>
        <w:t>3.1. Центр поддержки экспорта</w:t>
      </w:r>
      <w:r w:rsidR="00DF3B02" w:rsidRPr="0016027C">
        <w:rPr>
          <w:lang w:val="ru-RU"/>
        </w:rPr>
        <w:t xml:space="preserve"> ежеквартально</w:t>
      </w:r>
      <w:r w:rsidRPr="0016027C">
        <w:rPr>
          <w:lang w:val="ru-RU"/>
        </w:rPr>
        <w:t xml:space="preserve"> предоставляет в Министерство</w:t>
      </w:r>
      <w:r w:rsidR="00E36686" w:rsidRPr="0016027C">
        <w:rPr>
          <w:lang w:val="ru-RU"/>
        </w:rPr>
        <w:t xml:space="preserve"> следующие</w:t>
      </w:r>
      <w:r w:rsidRPr="0016027C">
        <w:rPr>
          <w:lang w:val="ru-RU"/>
        </w:rPr>
        <w:t xml:space="preserve"> отчеты по формам, установленным соглашением, с применением системы «Электронный бюджет»:</w:t>
      </w:r>
    </w:p>
    <w:p w14:paraId="5279E1E1" w14:textId="03B91BFB" w:rsidR="00742929" w:rsidRPr="0016027C" w:rsidRDefault="00742929" w:rsidP="00D944DB">
      <w:pPr>
        <w:jc w:val="both"/>
        <w:rPr>
          <w:lang w:val="ru-RU"/>
        </w:rPr>
      </w:pPr>
      <w:proofErr w:type="gramStart"/>
      <w:r w:rsidRPr="0016027C">
        <w:rPr>
          <w:lang w:val="ru-RU"/>
        </w:rPr>
        <w:t>а</w:t>
      </w:r>
      <w:proofErr w:type="gramEnd"/>
      <w:r w:rsidRPr="0016027C">
        <w:rPr>
          <w:lang w:val="ru-RU"/>
        </w:rPr>
        <w:t>) отчет о расход</w:t>
      </w:r>
      <w:r w:rsidR="00C02B11" w:rsidRPr="0016027C">
        <w:rPr>
          <w:lang w:val="ru-RU"/>
        </w:rPr>
        <w:t>ах</w:t>
      </w:r>
      <w:r w:rsidRPr="0016027C">
        <w:rPr>
          <w:lang w:val="ru-RU"/>
        </w:rPr>
        <w:t xml:space="preserve">, </w:t>
      </w:r>
      <w:r w:rsidR="006C11EC">
        <w:rPr>
          <w:lang w:val="ru-RU"/>
        </w:rPr>
        <w:t xml:space="preserve">источником финансового обеспечения которых является субсидия </w:t>
      </w:r>
      <w:r w:rsidR="00DF3B02" w:rsidRPr="0016027C">
        <w:rPr>
          <w:lang w:val="ru-RU"/>
        </w:rPr>
        <w:t>– не позднее 25</w:t>
      </w:r>
      <w:r w:rsidRPr="0016027C">
        <w:rPr>
          <w:lang w:val="ru-RU"/>
        </w:rPr>
        <w:t xml:space="preserve">-го числа месяца, следующего за отчетным </w:t>
      </w:r>
      <w:r w:rsidR="00DF3B02" w:rsidRPr="0016027C">
        <w:rPr>
          <w:lang w:val="ru-RU"/>
        </w:rPr>
        <w:t>кварталом</w:t>
      </w:r>
      <w:r w:rsidRPr="0016027C">
        <w:rPr>
          <w:lang w:val="ru-RU"/>
        </w:rPr>
        <w:t>, в котором была получена субсидия;</w:t>
      </w:r>
    </w:p>
    <w:p w14:paraId="28DB49EF" w14:textId="107AE137" w:rsidR="00742929" w:rsidRPr="0016027C" w:rsidRDefault="00742929" w:rsidP="00637CFE">
      <w:pPr>
        <w:shd w:val="clear" w:color="auto" w:fill="FFFFFF" w:themeFill="background1"/>
        <w:jc w:val="both"/>
        <w:rPr>
          <w:lang w:val="ru-RU"/>
        </w:rPr>
      </w:pPr>
      <w:proofErr w:type="gramStart"/>
      <w:r w:rsidRPr="0016027C">
        <w:rPr>
          <w:lang w:val="ru-RU"/>
        </w:rPr>
        <w:t>б</w:t>
      </w:r>
      <w:proofErr w:type="gramEnd"/>
      <w:r w:rsidRPr="0016027C">
        <w:rPr>
          <w:lang w:val="ru-RU"/>
        </w:rPr>
        <w:t xml:space="preserve">) отчет о достижении значений результатов предоставления субсидии – </w:t>
      </w:r>
      <w:r w:rsidR="00FE0C18" w:rsidRPr="0016027C">
        <w:rPr>
          <w:lang w:val="ru-RU"/>
        </w:rPr>
        <w:t>не позднее 20</w:t>
      </w:r>
      <w:r w:rsidR="00E36686" w:rsidRPr="0016027C">
        <w:rPr>
          <w:lang w:val="ru-RU"/>
        </w:rPr>
        <w:t xml:space="preserve">-го числа месяца, следующего за отчетным кварталом, в котором была получена субсидия. </w:t>
      </w:r>
    </w:p>
    <w:p w14:paraId="7FB01D74" w14:textId="0D2D072A" w:rsidR="00742929" w:rsidRPr="0016027C" w:rsidRDefault="00742929" w:rsidP="00D944DB">
      <w:pPr>
        <w:jc w:val="both"/>
        <w:rPr>
          <w:lang w:val="ru-RU"/>
        </w:rPr>
      </w:pPr>
      <w:r w:rsidRPr="0016027C">
        <w:rPr>
          <w:lang w:val="ru-RU"/>
        </w:rPr>
        <w:t>3</w:t>
      </w:r>
      <w:r w:rsidR="006C11EC">
        <w:rPr>
          <w:lang w:val="ru-RU"/>
        </w:rPr>
        <w:t xml:space="preserve">.2. </w:t>
      </w:r>
      <w:r w:rsidR="006C11EC" w:rsidRPr="00E472A9">
        <w:rPr>
          <w:lang w:val="ru-RU"/>
        </w:rPr>
        <w:t>В отчет о</w:t>
      </w:r>
      <w:r w:rsidRPr="00E472A9">
        <w:rPr>
          <w:lang w:val="ru-RU"/>
        </w:rPr>
        <w:t xml:space="preserve"> </w:t>
      </w:r>
      <w:r w:rsidR="006C11EC" w:rsidRPr="00E472A9">
        <w:rPr>
          <w:lang w:val="ru-RU"/>
        </w:rPr>
        <w:t>расходах, источником финансового обеспечения которых является субсидия,</w:t>
      </w:r>
      <w:r w:rsidRPr="0016027C">
        <w:rPr>
          <w:lang w:val="ru-RU"/>
        </w:rPr>
        <w:t xml:space="preserve"> </w:t>
      </w:r>
      <w:r w:rsidRPr="00305BCA">
        <w:rPr>
          <w:lang w:val="ru-RU"/>
        </w:rPr>
        <w:t>включается информация о произведенных Центром поддержки экспорта расходах по каждому направлению,</w:t>
      </w:r>
      <w:r w:rsidR="00E36686" w:rsidRPr="00305BCA">
        <w:rPr>
          <w:lang w:val="ru-RU"/>
        </w:rPr>
        <w:t xml:space="preserve"> отраженных в</w:t>
      </w:r>
      <w:r w:rsidRPr="00305BCA">
        <w:rPr>
          <w:lang w:val="ru-RU"/>
        </w:rPr>
        <w:t xml:space="preserve"> </w:t>
      </w:r>
      <w:r w:rsidR="00E36686" w:rsidRPr="00305BCA">
        <w:rPr>
          <w:lang w:val="ru-RU"/>
        </w:rPr>
        <w:t>приложении № 1 к Требованиям к ЦПЭ</w:t>
      </w:r>
      <w:r w:rsidRPr="00305BCA">
        <w:rPr>
          <w:lang w:val="ru-RU"/>
        </w:rPr>
        <w:t>, с указанием размера фактически произведенных расходов</w:t>
      </w:r>
      <w:r w:rsidR="000901E9" w:rsidRPr="00305BCA">
        <w:rPr>
          <w:lang w:val="ru-RU"/>
        </w:rPr>
        <w:t>.</w:t>
      </w:r>
      <w:r w:rsidRPr="0016027C">
        <w:rPr>
          <w:lang w:val="ru-RU"/>
        </w:rPr>
        <w:t xml:space="preserve"> </w:t>
      </w:r>
    </w:p>
    <w:p w14:paraId="2266DDDC" w14:textId="6F3F6635" w:rsidR="00742929" w:rsidRPr="0016027C" w:rsidRDefault="00742929" w:rsidP="00D944DB">
      <w:pPr>
        <w:jc w:val="both"/>
        <w:rPr>
          <w:lang w:val="ru-RU"/>
        </w:rPr>
      </w:pPr>
      <w:r w:rsidRPr="0016027C">
        <w:rPr>
          <w:lang w:val="ru-RU"/>
        </w:rPr>
        <w:t>3.3. В отчет о достижении значений результатов предоставления субсидии включается информация о фактически достигнутых за отчетный период значениях результат</w:t>
      </w:r>
      <w:r w:rsidR="00D96DB9" w:rsidRPr="0016027C">
        <w:rPr>
          <w:lang w:val="ru-RU"/>
        </w:rPr>
        <w:t>а</w:t>
      </w:r>
      <w:r w:rsidRPr="0016027C">
        <w:rPr>
          <w:lang w:val="ru-RU"/>
        </w:rPr>
        <w:t>:</w:t>
      </w:r>
    </w:p>
    <w:p w14:paraId="2140411E" w14:textId="77777777" w:rsidR="00993284" w:rsidRDefault="00993284" w:rsidP="00D944DB">
      <w:pPr>
        <w:jc w:val="both"/>
        <w:rPr>
          <w:lang w:val="ru-RU"/>
        </w:rPr>
      </w:pPr>
      <w:proofErr w:type="gramStart"/>
      <w:r>
        <w:rPr>
          <w:lang w:val="ru-RU"/>
        </w:rPr>
        <w:t>субъектами</w:t>
      </w:r>
      <w:proofErr w:type="gramEnd"/>
      <w:r>
        <w:rPr>
          <w:lang w:val="ru-RU"/>
        </w:rPr>
        <w:t xml:space="preserve"> малого и среднего предпринимательства осуществлен экспорт товаров (работ, услуг) при поддержке центров поддержки экспорта (количество субъектов малого и среднего предпринимательства – экспортеров, заключивших экспортные контракты по результатам услуг центров поддержки экспорта).</w:t>
      </w:r>
    </w:p>
    <w:p w14:paraId="499EAAF1" w14:textId="390EEAA6" w:rsidR="00742929" w:rsidRPr="00632FA6" w:rsidRDefault="00F70E6B" w:rsidP="00D944DB">
      <w:pPr>
        <w:jc w:val="both"/>
        <w:rPr>
          <w:lang w:val="ru-RU"/>
        </w:rPr>
      </w:pPr>
      <w:r>
        <w:rPr>
          <w:lang w:val="ru-RU"/>
        </w:rPr>
        <w:t>3.4</w:t>
      </w:r>
      <w:r w:rsidR="00742929" w:rsidRPr="00632FA6">
        <w:rPr>
          <w:lang w:val="ru-RU"/>
        </w:rPr>
        <w:t>. Министерство осуществляет проверку и принятие отчетов, представленных Центром поддержки экспорта, в срок, не превышающий 10 рабочих дней со дня представления соответствующего отчета.</w:t>
      </w:r>
    </w:p>
    <w:p w14:paraId="6710CD9E" w14:textId="75CA5D2B" w:rsidR="00742929" w:rsidRPr="00632FA6" w:rsidRDefault="00F70E6B" w:rsidP="00D944DB">
      <w:pPr>
        <w:jc w:val="both"/>
        <w:rPr>
          <w:lang w:val="ru-RU"/>
        </w:rPr>
      </w:pPr>
      <w:r>
        <w:rPr>
          <w:lang w:val="ru-RU"/>
        </w:rPr>
        <w:t>3.5</w:t>
      </w:r>
      <w:r w:rsidR="00742929" w:rsidRPr="00632FA6">
        <w:rPr>
          <w:lang w:val="ru-RU"/>
        </w:rPr>
        <w:t>. В случае выявления по результатам проверки отчета несоответствий, ошибок или неполноты представленных сведений Министерство направляет Центру поддержки экспорта уведомление о необходимости устранения выявленных недостатков с указанием срока их устранения.</w:t>
      </w:r>
    </w:p>
    <w:p w14:paraId="0AAD2016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Центр поддержки экспорта обязан устранить выявленные недостатки и представить в Министерство уточненный отчет в установленный уведомлением срок.</w:t>
      </w:r>
    </w:p>
    <w:p w14:paraId="2EB49EDF" w14:textId="167DC5C8" w:rsidR="00742929" w:rsidRPr="00632FA6" w:rsidRDefault="00F70E6B" w:rsidP="00D944DB">
      <w:pPr>
        <w:jc w:val="both"/>
        <w:rPr>
          <w:lang w:val="ru-RU"/>
        </w:rPr>
      </w:pPr>
      <w:r>
        <w:rPr>
          <w:lang w:val="ru-RU"/>
        </w:rPr>
        <w:lastRenderedPageBreak/>
        <w:t>3.6</w:t>
      </w:r>
      <w:r w:rsidR="00742929" w:rsidRPr="00632FA6">
        <w:rPr>
          <w:lang w:val="ru-RU"/>
        </w:rPr>
        <w:t>. Центр поддержки экспорта несет ответственность за полноту и достоверность сведений, содержащихся в отчетах и документах, представляемых в Министерство в соответствии с настоящими Правилами.</w:t>
      </w:r>
    </w:p>
    <w:p w14:paraId="623F914C" w14:textId="51336604" w:rsidR="00742929" w:rsidRPr="00632FA6" w:rsidRDefault="00F70E6B" w:rsidP="00D944DB">
      <w:pPr>
        <w:jc w:val="both"/>
        <w:rPr>
          <w:lang w:val="ru-RU"/>
        </w:rPr>
      </w:pPr>
      <w:r>
        <w:rPr>
          <w:lang w:val="ru-RU"/>
        </w:rPr>
        <w:t>3.7</w:t>
      </w:r>
      <w:r w:rsidR="00742929" w:rsidRPr="00632FA6">
        <w:rPr>
          <w:lang w:val="ru-RU"/>
        </w:rPr>
        <w:t>. Министерство осуществляет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(контрольных точек), в порядке и по формам, которые установлены Министерством финансов Российской Федерации.</w:t>
      </w:r>
    </w:p>
    <w:p w14:paraId="7B8842C1" w14:textId="77777777" w:rsidR="00235435" w:rsidRPr="00742929" w:rsidRDefault="00235435" w:rsidP="00D944DB">
      <w:pPr>
        <w:jc w:val="both"/>
        <w:rPr>
          <w:lang w:val="ru-RU"/>
        </w:rPr>
      </w:pPr>
    </w:p>
    <w:p w14:paraId="76D019FA" w14:textId="7E117A18" w:rsidR="003B2A77" w:rsidRPr="00765B3D" w:rsidRDefault="003B2A77" w:rsidP="00D944DB">
      <w:pPr>
        <w:ind w:firstLine="0"/>
        <w:jc w:val="center"/>
        <w:rPr>
          <w:b/>
          <w:lang w:val="ru-RU"/>
        </w:rPr>
      </w:pPr>
      <w:r w:rsidRPr="00765B3D">
        <w:rPr>
          <w:b/>
          <w:lang w:val="ru-RU"/>
        </w:rPr>
        <w:t>4. Порядок осуществления контроля за соблюдением условий и порядка</w:t>
      </w:r>
      <w:r w:rsidR="00765B3D">
        <w:rPr>
          <w:b/>
          <w:lang w:val="ru-RU"/>
        </w:rPr>
        <w:t xml:space="preserve"> </w:t>
      </w:r>
      <w:r w:rsidRPr="00765B3D">
        <w:rPr>
          <w:b/>
          <w:lang w:val="ru-RU"/>
        </w:rPr>
        <w:t>предоставления субсидии и ответственность за их нарушение</w:t>
      </w:r>
    </w:p>
    <w:p w14:paraId="092A925E" w14:textId="77777777" w:rsidR="00765B3D" w:rsidRPr="003B2A77" w:rsidRDefault="00765B3D" w:rsidP="00D944DB">
      <w:pPr>
        <w:jc w:val="center"/>
        <w:rPr>
          <w:lang w:val="ru-RU"/>
        </w:rPr>
      </w:pPr>
    </w:p>
    <w:p w14:paraId="28817911" w14:textId="75E1288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 xml:space="preserve">4.1. Проверка соблюдения Центром поддержки экспорта условий и порядка предоставления субсидии, в том числе в части достижения результатов ее предоставления, осуществляется Министерством в соответствии с Бюджетным кодексом Российской Федерации, настоящими Правилами и соглашением, а также органами государственного финансового контроля </w:t>
      </w:r>
      <w:r w:rsidR="00047EAE">
        <w:rPr>
          <w:lang w:val="ru-RU"/>
        </w:rPr>
        <w:t>в соответствии со статьями 268</w:t>
      </w:r>
      <w:r w:rsidR="00047EAE">
        <w:rPr>
          <w:vertAlign w:val="superscript"/>
          <w:lang w:val="ru-RU"/>
        </w:rPr>
        <w:t>1</w:t>
      </w:r>
      <w:r w:rsidR="00047EAE">
        <w:rPr>
          <w:lang w:val="ru-RU"/>
        </w:rPr>
        <w:t xml:space="preserve"> и 269</w:t>
      </w:r>
      <w:r w:rsidR="00047EAE">
        <w:rPr>
          <w:vertAlign w:val="superscript"/>
          <w:lang w:val="ru-RU"/>
        </w:rPr>
        <w:t>2</w:t>
      </w:r>
      <w:r w:rsidRPr="003B2A77">
        <w:rPr>
          <w:lang w:val="ru-RU"/>
        </w:rPr>
        <w:t xml:space="preserve"> Бюджетного кодекса Российской Федерации.</w:t>
      </w:r>
    </w:p>
    <w:p w14:paraId="0A0E54B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4.2. При установлении Министерством или органами государственного финансового контроля фактов нарушения Центром поддержки экспорта условий, установленных при предоставлении субсидии, Министерство направляет Центру поддержки экспорта требование о возврате субсидии в областной бюджет с указанием суммы, подлежащей возврату, и срока ее возврата.</w:t>
      </w:r>
    </w:p>
    <w:p w14:paraId="62D504FD" w14:textId="77777777" w:rsid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4.3. В случае нарушения Центром поддержки экспорта обязательств по достижению значений результатов предоставления субсидии, установленных соглашением, и если указанные нарушения не устранены в установленный соглашением срок, объем средств, подлежащий возврату в областной бюджет (</w:t>
      </w:r>
      <w:proofErr w:type="spellStart"/>
      <w:r w:rsidRPr="003B2A77">
        <w:rPr>
          <w:lang w:val="ru-RU"/>
        </w:rPr>
        <w:t>V</w:t>
      </w:r>
      <w:r w:rsidRPr="00765B3D">
        <w:rPr>
          <w:vertAlign w:val="subscript"/>
          <w:lang w:val="ru-RU"/>
        </w:rPr>
        <w:t>возврата</w:t>
      </w:r>
      <w:proofErr w:type="spellEnd"/>
      <w:r w:rsidRPr="003B2A77">
        <w:rPr>
          <w:lang w:val="ru-RU"/>
        </w:rPr>
        <w:t>), рассчитывается по формуле:</w:t>
      </w:r>
    </w:p>
    <w:p w14:paraId="6C606B02" w14:textId="77777777" w:rsidR="00765B3D" w:rsidRPr="003B2A77" w:rsidRDefault="00765B3D" w:rsidP="00D944DB">
      <w:pPr>
        <w:jc w:val="both"/>
        <w:rPr>
          <w:lang w:val="ru-RU"/>
        </w:rPr>
      </w:pPr>
    </w:p>
    <w:p w14:paraId="212D3833" w14:textId="2F18F584" w:rsidR="003B2A77" w:rsidRPr="003B2A77" w:rsidRDefault="003B2A77" w:rsidP="00D944DB">
      <w:pPr>
        <w:jc w:val="center"/>
        <w:rPr>
          <w:lang w:val="ru-RU"/>
        </w:rPr>
      </w:pPr>
      <w:proofErr w:type="spellStart"/>
      <w:r w:rsidRPr="003B2A77">
        <w:rPr>
          <w:lang w:val="ru-RU"/>
        </w:rPr>
        <w:t>V</w:t>
      </w:r>
      <w:r w:rsidRPr="00765B3D">
        <w:rPr>
          <w:vertAlign w:val="subscript"/>
          <w:lang w:val="ru-RU"/>
        </w:rPr>
        <w:t>возврата</w:t>
      </w:r>
      <w:proofErr w:type="spellEnd"/>
      <w:r w:rsidRPr="003B2A77">
        <w:rPr>
          <w:lang w:val="ru-RU"/>
        </w:rPr>
        <w:t xml:space="preserve"> = 0,1 × </w:t>
      </w:r>
      <w:proofErr w:type="spellStart"/>
      <w:r w:rsidRPr="00570A98">
        <w:rPr>
          <w:u w:val="single"/>
          <w:lang w:val="ru-RU"/>
        </w:rPr>
        <w:t>V</w:t>
      </w:r>
      <w:r w:rsidRPr="00570A98">
        <w:rPr>
          <w:u w:val="single"/>
          <w:vertAlign w:val="subscript"/>
          <w:lang w:val="ru-RU"/>
        </w:rPr>
        <w:t>субсидии</w:t>
      </w:r>
      <w:proofErr w:type="spellEnd"/>
      <w:r w:rsidRPr="00570A98">
        <w:rPr>
          <w:u w:val="single"/>
          <w:lang w:val="ru-RU"/>
        </w:rPr>
        <w:t xml:space="preserve"> × К × М</w:t>
      </w:r>
      <w:r w:rsidRPr="003B2A77">
        <w:rPr>
          <w:lang w:val="ru-RU"/>
        </w:rPr>
        <w:t xml:space="preserve"> </w:t>
      </w:r>
    </w:p>
    <w:p w14:paraId="51DFE6CA" w14:textId="29A4B74E" w:rsidR="00570A98" w:rsidRDefault="00570A98" w:rsidP="00D944DB"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Pr="003B2A77">
        <w:rPr>
          <w:lang w:val="ru-RU"/>
        </w:rPr>
        <w:t>N</w:t>
      </w:r>
    </w:p>
    <w:p w14:paraId="5ED1D1A5" w14:textId="77777777" w:rsidR="003B2A77" w:rsidRPr="003B2A77" w:rsidRDefault="003B2A77" w:rsidP="00D944DB">
      <w:pPr>
        <w:jc w:val="both"/>
        <w:rPr>
          <w:lang w:val="ru-RU"/>
        </w:rPr>
      </w:pPr>
      <w:proofErr w:type="gramStart"/>
      <w:r w:rsidRPr="003B2A77">
        <w:rPr>
          <w:lang w:val="ru-RU"/>
        </w:rPr>
        <w:t>где</w:t>
      </w:r>
      <w:proofErr w:type="gramEnd"/>
      <w:r w:rsidRPr="003B2A77">
        <w:rPr>
          <w:lang w:val="ru-RU"/>
        </w:rPr>
        <w:t>:</w:t>
      </w:r>
    </w:p>
    <w:p w14:paraId="32648DF8" w14:textId="77777777" w:rsidR="003B2A77" w:rsidRPr="003B2A77" w:rsidRDefault="003B2A77" w:rsidP="00D944DB">
      <w:pPr>
        <w:jc w:val="both"/>
        <w:rPr>
          <w:lang w:val="ru-RU"/>
        </w:rPr>
      </w:pPr>
      <w:proofErr w:type="spellStart"/>
      <w:r w:rsidRPr="003B2A77">
        <w:rPr>
          <w:lang w:val="ru-RU"/>
        </w:rPr>
        <w:t>V</w:t>
      </w:r>
      <w:r w:rsidRPr="00765B3D">
        <w:rPr>
          <w:vertAlign w:val="subscript"/>
          <w:lang w:val="ru-RU"/>
        </w:rPr>
        <w:t>субсидии</w:t>
      </w:r>
      <w:proofErr w:type="spellEnd"/>
      <w:r w:rsidRPr="003B2A77">
        <w:rPr>
          <w:lang w:val="ru-RU"/>
        </w:rPr>
        <w:t xml:space="preserve"> – размер субсидии, предоставленной Центру поддержки экспорта в отчетном финансовом году;</w:t>
      </w:r>
    </w:p>
    <w:p w14:paraId="56A73391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К – коэффициент возврата субсидии;</w:t>
      </w:r>
    </w:p>
    <w:p w14:paraId="67721EA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 xml:space="preserve">М – количество результатов предоставления субсидии, по которым индекс, отражающий уровень </w:t>
      </w:r>
      <w:proofErr w:type="spellStart"/>
      <w:r w:rsidRPr="003B2A77">
        <w:rPr>
          <w:lang w:val="ru-RU"/>
        </w:rPr>
        <w:t>недостижения</w:t>
      </w:r>
      <w:proofErr w:type="spellEnd"/>
      <w:r w:rsidRPr="003B2A77">
        <w:rPr>
          <w:lang w:val="ru-RU"/>
        </w:rPr>
        <w:t xml:space="preserve"> i-</w:t>
      </w:r>
      <w:proofErr w:type="spellStart"/>
      <w:r w:rsidRPr="003B2A77">
        <w:rPr>
          <w:lang w:val="ru-RU"/>
        </w:rPr>
        <w:t>го</w:t>
      </w:r>
      <w:proofErr w:type="spellEnd"/>
      <w:r w:rsidRPr="003B2A77">
        <w:rPr>
          <w:lang w:val="ru-RU"/>
        </w:rPr>
        <w:t xml:space="preserve"> результата предоставления субсидии, имеет положительное значение;</w:t>
      </w:r>
    </w:p>
    <w:p w14:paraId="200F2332" w14:textId="77777777" w:rsid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N – общее количество результатов предоставления субсидии.</w:t>
      </w:r>
    </w:p>
    <w:p w14:paraId="1CAB921A" w14:textId="517B2F8B" w:rsidR="009F62A2" w:rsidRPr="009F62A2" w:rsidRDefault="009F62A2" w:rsidP="009F62A2">
      <w:pPr>
        <w:pStyle w:val="affa"/>
        <w:spacing w:before="0" w:beforeAutospacing="0" w:after="0" w:afterAutospacing="0" w:line="288" w:lineRule="atLeast"/>
        <w:ind w:firstLine="540"/>
        <w:jc w:val="both"/>
        <w:rPr>
          <w:rFonts w:cstheme="minorBidi"/>
          <w:sz w:val="28"/>
          <w:szCs w:val="22"/>
          <w:lang w:eastAsia="en-US"/>
        </w:rPr>
      </w:pPr>
      <w:r>
        <w:rPr>
          <w:rFonts w:cstheme="minorBidi"/>
          <w:sz w:val="28"/>
          <w:szCs w:val="22"/>
          <w:lang w:eastAsia="en-US"/>
        </w:rPr>
        <w:t xml:space="preserve">  </w:t>
      </w:r>
      <w:r w:rsidRPr="009F62A2">
        <w:rPr>
          <w:rFonts w:cstheme="minorBidi"/>
          <w:sz w:val="28"/>
          <w:szCs w:val="22"/>
          <w:lang w:eastAsia="en-US"/>
        </w:rPr>
        <w:t xml:space="preserve">При расчете объема средств, подлежащих возврату </w:t>
      </w:r>
      <w:r w:rsidR="004D2AC7">
        <w:rPr>
          <w:rFonts w:cstheme="minorBidi"/>
          <w:sz w:val="28"/>
          <w:szCs w:val="22"/>
          <w:lang w:eastAsia="en-US"/>
        </w:rPr>
        <w:t xml:space="preserve">в бюджет, </w:t>
      </w:r>
      <w:r w:rsidRPr="009F62A2">
        <w:rPr>
          <w:rFonts w:cstheme="minorBidi"/>
          <w:sz w:val="28"/>
          <w:szCs w:val="22"/>
          <w:lang w:eastAsia="en-US"/>
        </w:rPr>
        <w:t xml:space="preserve">в размере субсидии, предоставленной </w:t>
      </w:r>
      <w:r w:rsidR="004D2AC7">
        <w:rPr>
          <w:rFonts w:cstheme="minorBidi"/>
          <w:sz w:val="28"/>
          <w:szCs w:val="22"/>
          <w:lang w:eastAsia="en-US"/>
        </w:rPr>
        <w:t>Центру</w:t>
      </w:r>
      <w:r w:rsidR="004D2AC7" w:rsidRPr="004D2AC7">
        <w:rPr>
          <w:rFonts w:cstheme="minorBidi"/>
          <w:sz w:val="28"/>
          <w:szCs w:val="22"/>
          <w:lang w:eastAsia="en-US"/>
        </w:rPr>
        <w:t xml:space="preserve"> поддержки экспорта</w:t>
      </w:r>
      <w:r w:rsidRPr="009F62A2">
        <w:rPr>
          <w:rFonts w:cstheme="minorBidi"/>
          <w:sz w:val="28"/>
          <w:szCs w:val="22"/>
          <w:lang w:eastAsia="en-US"/>
        </w:rPr>
        <w:t xml:space="preserve"> в </w:t>
      </w:r>
      <w:r w:rsidRPr="009F62A2">
        <w:rPr>
          <w:rFonts w:cstheme="minorBidi"/>
          <w:sz w:val="28"/>
          <w:szCs w:val="22"/>
          <w:lang w:eastAsia="en-US"/>
        </w:rPr>
        <w:lastRenderedPageBreak/>
        <w:t>отчетном финансовом году</w:t>
      </w:r>
      <w:r w:rsidR="004D2AC7">
        <w:rPr>
          <w:rFonts w:cstheme="minorBidi"/>
          <w:sz w:val="28"/>
          <w:szCs w:val="22"/>
          <w:lang w:eastAsia="en-US"/>
        </w:rPr>
        <w:t xml:space="preserve"> </w:t>
      </w:r>
      <w:proofErr w:type="spellStart"/>
      <w:r w:rsidR="004D2AC7" w:rsidRPr="00570A98">
        <w:rPr>
          <w:u w:val="single"/>
        </w:rPr>
        <w:t>V</w:t>
      </w:r>
      <w:r w:rsidR="004D2AC7" w:rsidRPr="00570A98">
        <w:rPr>
          <w:u w:val="single"/>
          <w:vertAlign w:val="subscript"/>
        </w:rPr>
        <w:t>субсидии</w:t>
      </w:r>
      <w:proofErr w:type="spellEnd"/>
      <w:r w:rsidRPr="009F62A2">
        <w:rPr>
          <w:rFonts w:cstheme="minorBidi"/>
          <w:sz w:val="28"/>
          <w:szCs w:val="22"/>
          <w:lang w:eastAsia="en-US"/>
        </w:rPr>
        <w:t>, не учитывается размер остатка субсидии, не использованного по состоянию на 1 января текущего финансового года.</w:t>
      </w:r>
    </w:p>
    <w:p w14:paraId="7FC5FAEB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4.4. Коэффициент возврата субсидии определяется по формуле:</w:t>
      </w:r>
    </w:p>
    <w:p w14:paraId="69380DB1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К = Σ Dᵢ / М</w:t>
      </w:r>
    </w:p>
    <w:p w14:paraId="2672371D" w14:textId="77777777" w:rsidR="003B2A77" w:rsidRPr="003B2A77" w:rsidRDefault="003B2A77" w:rsidP="00D944DB">
      <w:pPr>
        <w:jc w:val="both"/>
        <w:rPr>
          <w:lang w:val="ru-RU"/>
        </w:rPr>
      </w:pPr>
      <w:proofErr w:type="gramStart"/>
      <w:r w:rsidRPr="003B2A77">
        <w:rPr>
          <w:lang w:val="ru-RU"/>
        </w:rPr>
        <w:t>где</w:t>
      </w:r>
      <w:proofErr w:type="gramEnd"/>
      <w:r w:rsidRPr="003B2A77">
        <w:rPr>
          <w:lang w:val="ru-RU"/>
        </w:rPr>
        <w:t xml:space="preserve"> Dᵢ – индекс, отражающий уровень </w:t>
      </w:r>
      <w:proofErr w:type="spellStart"/>
      <w:r w:rsidRPr="003B2A77">
        <w:rPr>
          <w:lang w:val="ru-RU"/>
        </w:rPr>
        <w:t>недостижения</w:t>
      </w:r>
      <w:proofErr w:type="spellEnd"/>
      <w:r w:rsidRPr="003B2A77">
        <w:rPr>
          <w:lang w:val="ru-RU"/>
        </w:rPr>
        <w:t xml:space="preserve"> i-</w:t>
      </w:r>
      <w:proofErr w:type="spellStart"/>
      <w:r w:rsidRPr="003B2A77">
        <w:rPr>
          <w:lang w:val="ru-RU"/>
        </w:rPr>
        <w:t>го</w:t>
      </w:r>
      <w:proofErr w:type="spellEnd"/>
      <w:r w:rsidRPr="003B2A77">
        <w:rPr>
          <w:lang w:val="ru-RU"/>
        </w:rPr>
        <w:t xml:space="preserve"> результата предоставления субсидии.</w:t>
      </w:r>
    </w:p>
    <w:p w14:paraId="06B91806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 w:rsidRPr="003B2A77">
        <w:rPr>
          <w:lang w:val="ru-RU"/>
        </w:rPr>
        <w:t>недостижения</w:t>
      </w:r>
      <w:proofErr w:type="spellEnd"/>
      <w:r w:rsidRPr="003B2A77">
        <w:rPr>
          <w:lang w:val="ru-RU"/>
        </w:rPr>
        <w:t xml:space="preserve"> i-</w:t>
      </w:r>
      <w:proofErr w:type="spellStart"/>
      <w:r w:rsidRPr="003B2A77">
        <w:rPr>
          <w:lang w:val="ru-RU"/>
        </w:rPr>
        <w:t>го</w:t>
      </w:r>
      <w:proofErr w:type="spellEnd"/>
      <w:r w:rsidRPr="003B2A77">
        <w:rPr>
          <w:lang w:val="ru-RU"/>
        </w:rPr>
        <w:t xml:space="preserve"> результата предоставления субсидии.</w:t>
      </w:r>
    </w:p>
    <w:p w14:paraId="05DB526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 xml:space="preserve">4.5. Индекс, отражающий уровень </w:t>
      </w:r>
      <w:proofErr w:type="spellStart"/>
      <w:r w:rsidRPr="003B2A77">
        <w:rPr>
          <w:lang w:val="ru-RU"/>
        </w:rPr>
        <w:t>недостижения</w:t>
      </w:r>
      <w:proofErr w:type="spellEnd"/>
      <w:r w:rsidRPr="003B2A77">
        <w:rPr>
          <w:lang w:val="ru-RU"/>
        </w:rPr>
        <w:t xml:space="preserve"> i-</w:t>
      </w:r>
      <w:proofErr w:type="spellStart"/>
      <w:r w:rsidRPr="003B2A77">
        <w:rPr>
          <w:lang w:val="ru-RU"/>
        </w:rPr>
        <w:t>го</w:t>
      </w:r>
      <w:proofErr w:type="spellEnd"/>
      <w:r w:rsidRPr="003B2A77">
        <w:rPr>
          <w:lang w:val="ru-RU"/>
        </w:rPr>
        <w:t xml:space="preserve"> результата предоставления субсидии, определяется по формуле:</w:t>
      </w:r>
    </w:p>
    <w:p w14:paraId="49F52A69" w14:textId="58F7B0FE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Dᵢ = 1 − Tᵢ / Sᵢ</w:t>
      </w:r>
      <w:r w:rsidR="00E47EEB">
        <w:rPr>
          <w:lang w:val="ru-RU"/>
        </w:rPr>
        <w:t>,</w:t>
      </w:r>
    </w:p>
    <w:p w14:paraId="5D68D4AF" w14:textId="77777777" w:rsidR="003B2A77" w:rsidRPr="003B2A77" w:rsidRDefault="003B2A77" w:rsidP="00D944DB">
      <w:pPr>
        <w:jc w:val="both"/>
        <w:rPr>
          <w:lang w:val="ru-RU"/>
        </w:rPr>
      </w:pPr>
      <w:proofErr w:type="gramStart"/>
      <w:r w:rsidRPr="003B2A77">
        <w:rPr>
          <w:lang w:val="ru-RU"/>
        </w:rPr>
        <w:t>где</w:t>
      </w:r>
      <w:proofErr w:type="gramEnd"/>
      <w:r w:rsidRPr="003B2A77">
        <w:rPr>
          <w:lang w:val="ru-RU"/>
        </w:rPr>
        <w:t xml:space="preserve"> Sᵢ – плановое значение i-</w:t>
      </w:r>
      <w:proofErr w:type="spellStart"/>
      <w:r w:rsidRPr="003B2A77">
        <w:rPr>
          <w:lang w:val="ru-RU"/>
        </w:rPr>
        <w:t>го</w:t>
      </w:r>
      <w:proofErr w:type="spellEnd"/>
      <w:r w:rsidRPr="003B2A77">
        <w:rPr>
          <w:lang w:val="ru-RU"/>
        </w:rPr>
        <w:t xml:space="preserve"> результата предоставления субсидии, установленное соглашением;</w:t>
      </w:r>
    </w:p>
    <w:p w14:paraId="19B435E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Tᵢ – фактически достигнутое значение i-</w:t>
      </w:r>
      <w:proofErr w:type="spellStart"/>
      <w:r w:rsidRPr="003B2A77">
        <w:rPr>
          <w:lang w:val="ru-RU"/>
        </w:rPr>
        <w:t>го</w:t>
      </w:r>
      <w:proofErr w:type="spellEnd"/>
      <w:r w:rsidRPr="003B2A77">
        <w:rPr>
          <w:lang w:val="ru-RU"/>
        </w:rPr>
        <w:t xml:space="preserve"> результата предоставления субсидии на отчетную дату.</w:t>
      </w:r>
    </w:p>
    <w:p w14:paraId="3184FA8C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4.6. Основанием для освобождения Центра поддержки экспорта от применения мер ответственности, предусмотренных пунктами 4.3–4.5 настоящих Правил, является документально подтвержденное наступление обстоятельств непреодолимой силы, непосредственно повлиявших на исполнение соответствующих обязательств, в том числе:</w:t>
      </w:r>
    </w:p>
    <w:p w14:paraId="558C8A9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1) установление федерального, регионального или местного уровня реагирования на чрезвычайную ситуацию, подтвержденное соответствующим решением уполномоченного органа;</w:t>
      </w:r>
    </w:p>
    <w:p w14:paraId="0BAE0333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2)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соответствующим решением уполномоченного органа;</w:t>
      </w:r>
    </w:p>
    <w:p w14:paraId="2DBD796B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3) 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14:paraId="58E7D90F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4) наличие вступившего в законную силу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соглашением;</w:t>
      </w:r>
    </w:p>
    <w:p w14:paraId="517EF076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5) введение правового режима контртеррористической операции и (или) военного положения на территории Курской области, повлекшее реализацию мер, непосредственно повлиявших на исполнение обязательств Центра поддержки экспорта.</w:t>
      </w:r>
    </w:p>
    <w:p w14:paraId="0DDBBACF" w14:textId="3D03FA49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4.7. В случае не</w:t>
      </w:r>
      <w:r w:rsidR="0048111A">
        <w:rPr>
          <w:lang w:val="ru-RU"/>
        </w:rPr>
        <w:t xml:space="preserve"> </w:t>
      </w:r>
      <w:r w:rsidRPr="003B2A77">
        <w:rPr>
          <w:lang w:val="ru-RU"/>
        </w:rPr>
        <w:t>поступления средств, подлежащих возврату в областной бюджет, в установленный срок Министерство принимает меры к их взысканию в порядке, установленном законодательством Российской Федерации.</w:t>
      </w:r>
    </w:p>
    <w:p w14:paraId="72A3BC93" w14:textId="16365007" w:rsidR="007E36BB" w:rsidRPr="007E36BB" w:rsidRDefault="007E36BB" w:rsidP="00B50542">
      <w:pPr>
        <w:autoSpaceDE w:val="0"/>
        <w:autoSpaceDN w:val="0"/>
        <w:adjustRightInd w:val="0"/>
        <w:ind w:left="4111" w:firstLine="0"/>
        <w:rPr>
          <w:rFonts w:eastAsia="Calibri"/>
          <w:szCs w:val="28"/>
          <w:lang w:val="ru-RU"/>
        </w:rPr>
      </w:pPr>
      <w:r w:rsidRPr="007E36BB">
        <w:rPr>
          <w:rFonts w:eastAsia="Calibri"/>
          <w:szCs w:val="28"/>
          <w:lang w:val="ru-RU"/>
        </w:rPr>
        <w:lastRenderedPageBreak/>
        <w:t>П</w:t>
      </w:r>
      <w:r w:rsidR="00B50542">
        <w:rPr>
          <w:rFonts w:eastAsia="Calibri"/>
          <w:szCs w:val="28"/>
          <w:lang w:val="ru-RU"/>
        </w:rPr>
        <w:t>РИЛОЖЕНИЕ</w:t>
      </w:r>
      <w:r w:rsidR="00B71CD5">
        <w:rPr>
          <w:rFonts w:eastAsia="Calibri"/>
          <w:szCs w:val="28"/>
          <w:lang w:val="ru-RU"/>
        </w:rPr>
        <w:t xml:space="preserve"> </w:t>
      </w:r>
      <w:r w:rsidR="004120F8">
        <w:rPr>
          <w:rFonts w:eastAsia="Calibri"/>
          <w:szCs w:val="28"/>
          <w:lang w:val="ru-RU"/>
        </w:rPr>
        <w:t>№</w:t>
      </w:r>
      <w:r w:rsidR="000901E9">
        <w:rPr>
          <w:rFonts w:eastAsia="Calibri"/>
          <w:szCs w:val="28"/>
          <w:lang w:val="ru-RU"/>
        </w:rPr>
        <w:t xml:space="preserve"> </w:t>
      </w:r>
      <w:r w:rsidR="00B71CD5">
        <w:rPr>
          <w:rFonts w:eastAsia="Calibri"/>
          <w:szCs w:val="28"/>
          <w:lang w:val="ru-RU"/>
        </w:rPr>
        <w:t>1</w:t>
      </w:r>
    </w:p>
    <w:p w14:paraId="52CC2CD9" w14:textId="411C6A16" w:rsidR="007E36BB" w:rsidRPr="0036005C" w:rsidRDefault="0036005C" w:rsidP="004D1B01">
      <w:pPr>
        <w:autoSpaceDE w:val="0"/>
        <w:autoSpaceDN w:val="0"/>
        <w:adjustRightInd w:val="0"/>
        <w:ind w:left="4111" w:firstLine="0"/>
        <w:jc w:val="both"/>
        <w:rPr>
          <w:rFonts w:eastAsia="Calibri"/>
          <w:szCs w:val="28"/>
          <w:lang w:val="ru-RU"/>
        </w:rPr>
      </w:pPr>
      <w:proofErr w:type="gramStart"/>
      <w:r>
        <w:rPr>
          <w:lang w:val="ru-RU"/>
        </w:rPr>
        <w:t>к</w:t>
      </w:r>
      <w:proofErr w:type="gramEnd"/>
      <w:r w:rsidR="007E36BB" w:rsidRPr="0036005C">
        <w:rPr>
          <w:lang w:val="ru-RU"/>
        </w:rPr>
        <w:t xml:space="preserve"> Правилам</w:t>
      </w:r>
      <w:r>
        <w:rPr>
          <w:lang w:val="ru-RU"/>
        </w:rPr>
        <w:t xml:space="preserve"> </w:t>
      </w:r>
      <w:r w:rsidR="00574D7F" w:rsidRPr="007F2236">
        <w:rPr>
          <w:szCs w:val="28"/>
          <w:lang w:val="ru-RU"/>
        </w:rPr>
        <w:t>предоставления из областного бюджета субсидии на финансовое обеспечение</w:t>
      </w:r>
      <w:r w:rsidR="000901E9">
        <w:rPr>
          <w:szCs w:val="28"/>
          <w:lang w:val="ru-RU"/>
        </w:rPr>
        <w:t xml:space="preserve"> текущей деятельности</w:t>
      </w:r>
      <w:r w:rsidR="00574D7F" w:rsidRPr="007F2236">
        <w:rPr>
          <w:szCs w:val="28"/>
          <w:lang w:val="ru-RU"/>
        </w:rPr>
        <w:t xml:space="preserve"> автономной некоммерческой организации «Центр поддержки экспорта Курской области» </w:t>
      </w:r>
    </w:p>
    <w:p w14:paraId="34F9EA71" w14:textId="7DE15B31" w:rsidR="007E36BB" w:rsidRPr="00E218AC" w:rsidRDefault="007E36BB" w:rsidP="00D944DB">
      <w:pPr>
        <w:ind w:left="4962" w:firstLine="0"/>
        <w:jc w:val="both"/>
        <w:rPr>
          <w:rFonts w:eastAsia="Calibri"/>
          <w:szCs w:val="28"/>
          <w:lang w:val="ru-RU"/>
        </w:rPr>
      </w:pPr>
      <w:r w:rsidRPr="007E36BB">
        <w:rPr>
          <w:rFonts w:eastAsia="Calibri"/>
          <w:szCs w:val="28"/>
          <w:lang w:val="ru-RU"/>
        </w:rPr>
        <w:t xml:space="preserve">                                                       </w:t>
      </w:r>
      <w:r w:rsidRPr="00E218AC">
        <w:rPr>
          <w:rFonts w:eastAsia="Calibri"/>
          <w:szCs w:val="28"/>
          <w:lang w:val="ru-RU"/>
        </w:rPr>
        <w:t>ФОРМА</w:t>
      </w:r>
    </w:p>
    <w:p w14:paraId="10FD3AA4" w14:textId="77777777" w:rsidR="00B51216" w:rsidRPr="00E218AC" w:rsidRDefault="00B51216" w:rsidP="00D944DB">
      <w:pPr>
        <w:ind w:left="4962" w:firstLine="0"/>
        <w:jc w:val="both"/>
        <w:rPr>
          <w:rFonts w:eastAsia="Calibri"/>
          <w:szCs w:val="28"/>
          <w:lang w:val="ru-RU"/>
        </w:rPr>
      </w:pPr>
    </w:p>
    <w:p w14:paraId="15151D9D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Министерство промышленности,</w:t>
      </w:r>
    </w:p>
    <w:p w14:paraId="661DD74A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</w:t>
      </w:r>
      <w:proofErr w:type="gramStart"/>
      <w:r w:rsidRPr="00B51216">
        <w:rPr>
          <w:rFonts w:eastAsiaTheme="minorHAnsi"/>
          <w:szCs w:val="28"/>
          <w:lang w:val="ru-RU"/>
        </w:rPr>
        <w:t>торговли</w:t>
      </w:r>
      <w:proofErr w:type="gramEnd"/>
      <w:r w:rsidRPr="00B51216">
        <w:rPr>
          <w:rFonts w:eastAsiaTheme="minorHAnsi"/>
          <w:szCs w:val="28"/>
          <w:lang w:val="ru-RU"/>
        </w:rPr>
        <w:t xml:space="preserve"> и предпринимательства</w:t>
      </w:r>
    </w:p>
    <w:p w14:paraId="21D9281F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Курской области</w:t>
      </w:r>
    </w:p>
    <w:p w14:paraId="4808BB1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11FD2896" w14:textId="77777777" w:rsidR="00B51216" w:rsidRPr="00B51216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ЗАЯВКА</w:t>
      </w:r>
    </w:p>
    <w:p w14:paraId="47D762E5" w14:textId="452521E6" w:rsidR="00985B89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proofErr w:type="gramStart"/>
      <w:r w:rsidRPr="00B51216">
        <w:rPr>
          <w:rFonts w:eastAsiaTheme="minorHAnsi"/>
          <w:szCs w:val="28"/>
          <w:lang w:val="ru-RU"/>
        </w:rPr>
        <w:t>на</w:t>
      </w:r>
      <w:proofErr w:type="gramEnd"/>
      <w:r w:rsidRPr="00B51216">
        <w:rPr>
          <w:rFonts w:eastAsiaTheme="minorHAnsi"/>
          <w:szCs w:val="28"/>
          <w:lang w:val="ru-RU"/>
        </w:rPr>
        <w:t xml:space="preserve"> предоставление субсидии</w:t>
      </w:r>
      <w:r w:rsidR="00045F17">
        <w:rPr>
          <w:rFonts w:eastAsiaTheme="minorHAnsi"/>
          <w:szCs w:val="28"/>
          <w:lang w:val="ru-RU"/>
        </w:rPr>
        <w:t xml:space="preserve"> на финансовое обеспечение текущей деятельности</w:t>
      </w:r>
      <w:r w:rsidR="00985B89">
        <w:rPr>
          <w:rFonts w:eastAsiaTheme="minorHAnsi"/>
          <w:szCs w:val="28"/>
          <w:lang w:val="ru-RU"/>
        </w:rPr>
        <w:t xml:space="preserve"> автономной</w:t>
      </w:r>
      <w:r w:rsidRPr="00B51216">
        <w:rPr>
          <w:rFonts w:eastAsiaTheme="minorHAnsi"/>
          <w:szCs w:val="28"/>
          <w:lang w:val="ru-RU"/>
        </w:rPr>
        <w:t xml:space="preserve"> некоммерческой организации</w:t>
      </w:r>
      <w:r w:rsidR="00985B89">
        <w:rPr>
          <w:rFonts w:eastAsiaTheme="minorHAnsi"/>
          <w:szCs w:val="28"/>
          <w:lang w:val="ru-RU"/>
        </w:rPr>
        <w:t xml:space="preserve"> </w:t>
      </w:r>
    </w:p>
    <w:p w14:paraId="0E60F7DB" w14:textId="2CF9CB1A" w:rsidR="00B51216" w:rsidRPr="00B51216" w:rsidRDefault="00985B89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36005C">
        <w:rPr>
          <w:lang w:val="ru-RU"/>
        </w:rPr>
        <w:t>«Центр поддержки экспорта Курской области»</w:t>
      </w:r>
    </w:p>
    <w:p w14:paraId="39113C7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2F06928A" w14:textId="36354B42" w:rsid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В соответствии с </w:t>
      </w:r>
      <w:r w:rsidR="00985B89" w:rsidRPr="0036005C">
        <w:rPr>
          <w:lang w:val="ru-RU"/>
        </w:rPr>
        <w:t>Правилам</w:t>
      </w:r>
      <w:r w:rsidR="006A1067">
        <w:rPr>
          <w:lang w:val="ru-RU"/>
        </w:rPr>
        <w:t>и</w:t>
      </w:r>
      <w:r w:rsidR="00985B89">
        <w:rPr>
          <w:lang w:val="ru-RU"/>
        </w:rPr>
        <w:t xml:space="preserve"> </w:t>
      </w:r>
      <w:r w:rsidR="00574D7F" w:rsidRPr="007F2236">
        <w:rPr>
          <w:rFonts w:eastAsiaTheme="minorHAnsi"/>
          <w:szCs w:val="28"/>
          <w:lang w:val="ru-RU"/>
        </w:rPr>
        <w:t>предоставления из областного бюджета субсидии на финансовое обеспечение</w:t>
      </w:r>
      <w:r w:rsidR="000901E9">
        <w:rPr>
          <w:rFonts w:eastAsiaTheme="minorHAnsi"/>
          <w:szCs w:val="28"/>
          <w:lang w:val="ru-RU"/>
        </w:rPr>
        <w:t xml:space="preserve"> текущей деятельности</w:t>
      </w:r>
      <w:r w:rsidR="00574D7F" w:rsidRPr="007F2236">
        <w:rPr>
          <w:rFonts w:eastAsiaTheme="minorHAnsi"/>
          <w:szCs w:val="28"/>
          <w:lang w:val="ru-RU"/>
        </w:rPr>
        <w:t xml:space="preserve"> автономной некоммерческой организации «Центр поддержки экспорта Курской области» </w:t>
      </w:r>
      <w:r w:rsidRPr="00B51216">
        <w:rPr>
          <w:rFonts w:eastAsiaTheme="minorHAnsi"/>
          <w:szCs w:val="28"/>
          <w:lang w:val="ru-RU"/>
        </w:rPr>
        <w:t>(далее – Правила) прошу рассмотреть возможность предоставления</w:t>
      </w:r>
      <w:r w:rsidR="00985B89">
        <w:rPr>
          <w:rFonts w:eastAsiaTheme="minorHAnsi"/>
          <w:szCs w:val="28"/>
          <w:lang w:val="ru-RU"/>
        </w:rPr>
        <w:t xml:space="preserve"> </w:t>
      </w:r>
      <w:r w:rsidRPr="00B51216">
        <w:rPr>
          <w:rFonts w:eastAsiaTheme="minorHAnsi"/>
          <w:szCs w:val="28"/>
          <w:lang w:val="ru-RU"/>
        </w:rPr>
        <w:t>субсидии на</w:t>
      </w:r>
    </w:p>
    <w:p w14:paraId="65487126" w14:textId="588F4A15" w:rsidR="00B51216" w:rsidRPr="00B51216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________________________________________________________________ </w:t>
      </w:r>
      <w:r w:rsidR="00985B89">
        <w:rPr>
          <w:rFonts w:eastAsiaTheme="minorHAnsi"/>
          <w:szCs w:val="28"/>
          <w:lang w:val="ru-RU"/>
        </w:rPr>
        <w:t xml:space="preserve">                </w:t>
      </w:r>
      <w:proofErr w:type="gramStart"/>
      <w:r w:rsidR="00985B89">
        <w:rPr>
          <w:rFonts w:eastAsiaTheme="minorHAnsi"/>
          <w:szCs w:val="28"/>
          <w:lang w:val="ru-RU"/>
        </w:rPr>
        <w:t xml:space="preserve">   </w:t>
      </w:r>
      <w:r w:rsidRPr="00B51216">
        <w:rPr>
          <w:rFonts w:eastAsiaTheme="minorHAnsi"/>
          <w:sz w:val="32"/>
          <w:szCs w:val="32"/>
          <w:vertAlign w:val="superscript"/>
          <w:lang w:val="ru-RU"/>
        </w:rPr>
        <w:t>(</w:t>
      </w:r>
      <w:proofErr w:type="gramEnd"/>
      <w:r w:rsidRPr="00B51216">
        <w:rPr>
          <w:rFonts w:eastAsiaTheme="minorHAnsi"/>
          <w:sz w:val="32"/>
          <w:szCs w:val="32"/>
          <w:vertAlign w:val="superscript"/>
          <w:lang w:val="ru-RU"/>
        </w:rPr>
        <w:t>указать цели использования субсидии)</w:t>
      </w:r>
    </w:p>
    <w:p w14:paraId="27299E31" w14:textId="764DCF72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За</w:t>
      </w:r>
      <w:r w:rsidR="00993284">
        <w:rPr>
          <w:rFonts w:eastAsiaTheme="minorHAnsi"/>
          <w:szCs w:val="28"/>
          <w:lang w:val="ru-RU"/>
        </w:rPr>
        <w:t>прашиваемая сумма субсидии (рублей</w:t>
      </w:r>
      <w:r w:rsidRPr="00B51216">
        <w:rPr>
          <w:rFonts w:eastAsiaTheme="minorHAnsi"/>
          <w:szCs w:val="28"/>
          <w:lang w:val="ru-RU"/>
        </w:rPr>
        <w:t>):</w:t>
      </w:r>
    </w:p>
    <w:p w14:paraId="02A67A0C" w14:textId="77777777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________________________________________________________________</w:t>
      </w:r>
    </w:p>
    <w:p w14:paraId="47A4D355" w14:textId="77777777" w:rsidR="00B51216" w:rsidRPr="009B129A" w:rsidRDefault="00B51216" w:rsidP="00D944DB">
      <w:pPr>
        <w:autoSpaceDE w:val="0"/>
        <w:autoSpaceDN w:val="0"/>
        <w:adjustRightInd w:val="0"/>
        <w:jc w:val="center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>(</w:t>
      </w:r>
      <w:proofErr w:type="gramStart"/>
      <w:r w:rsidRPr="009B129A">
        <w:rPr>
          <w:rFonts w:eastAsiaTheme="minorHAnsi"/>
          <w:sz w:val="22"/>
          <w:lang w:val="ru-RU"/>
        </w:rPr>
        <w:t>сумма</w:t>
      </w:r>
      <w:proofErr w:type="gramEnd"/>
      <w:r w:rsidRPr="009B129A">
        <w:rPr>
          <w:rFonts w:eastAsiaTheme="minorHAnsi"/>
          <w:sz w:val="22"/>
          <w:lang w:val="ru-RU"/>
        </w:rPr>
        <w:t xml:space="preserve"> цифрами и прописью)</w:t>
      </w:r>
    </w:p>
    <w:p w14:paraId="1F52A8B7" w14:textId="49672010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Реквизиты</w:t>
      </w:r>
      <w:r w:rsidR="00985B89">
        <w:rPr>
          <w:rFonts w:eastAsiaTheme="minorHAnsi"/>
          <w:szCs w:val="28"/>
          <w:lang w:val="ru-RU"/>
        </w:rPr>
        <w:t xml:space="preserve"> автономной</w:t>
      </w:r>
      <w:r w:rsidRPr="00B51216">
        <w:rPr>
          <w:rFonts w:eastAsiaTheme="minorHAnsi"/>
          <w:szCs w:val="28"/>
          <w:lang w:val="ru-RU"/>
        </w:rPr>
        <w:t xml:space="preserve"> некоммерческой организации </w:t>
      </w:r>
      <w:r w:rsidR="00985B89" w:rsidRPr="0036005C">
        <w:rPr>
          <w:lang w:val="ru-RU"/>
        </w:rPr>
        <w:t>«Центр поддержки экспорта Курской области»</w:t>
      </w:r>
      <w:r w:rsidRPr="00B51216">
        <w:rPr>
          <w:rFonts w:eastAsiaTheme="minorHAnsi"/>
          <w:szCs w:val="28"/>
          <w:lang w:val="ru-RU"/>
        </w:rPr>
        <w:t>:</w:t>
      </w:r>
    </w:p>
    <w:p w14:paraId="411F4122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ОГРН ___________________________</w:t>
      </w:r>
    </w:p>
    <w:p w14:paraId="67128838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ИНН ____________________________</w:t>
      </w:r>
    </w:p>
    <w:p w14:paraId="4D00C88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КПП ____________________________</w:t>
      </w:r>
    </w:p>
    <w:p w14:paraId="3218AF84" w14:textId="1655D03B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Министерство финансов и бюджетного контроля Курской области (</w:t>
      </w:r>
      <w:r w:rsidR="00985B89">
        <w:rPr>
          <w:rFonts w:eastAsiaTheme="minorHAnsi"/>
          <w:szCs w:val="28"/>
          <w:lang w:val="ru-RU"/>
        </w:rPr>
        <w:t>автономная</w:t>
      </w:r>
      <w:r w:rsidR="00985B89" w:rsidRPr="00B51216">
        <w:rPr>
          <w:rFonts w:eastAsiaTheme="minorHAnsi"/>
          <w:szCs w:val="28"/>
          <w:lang w:val="ru-RU"/>
        </w:rPr>
        <w:t xml:space="preserve"> некоммерческ</w:t>
      </w:r>
      <w:r w:rsidR="00985B89">
        <w:rPr>
          <w:rFonts w:eastAsiaTheme="minorHAnsi"/>
          <w:szCs w:val="28"/>
          <w:lang w:val="ru-RU"/>
        </w:rPr>
        <w:t>ая</w:t>
      </w:r>
      <w:r w:rsidR="00985B89" w:rsidRPr="00B51216">
        <w:rPr>
          <w:rFonts w:eastAsiaTheme="minorHAnsi"/>
          <w:szCs w:val="28"/>
          <w:lang w:val="ru-RU"/>
        </w:rPr>
        <w:t xml:space="preserve"> организаци</w:t>
      </w:r>
      <w:r w:rsidR="00985B89">
        <w:rPr>
          <w:rFonts w:eastAsiaTheme="minorHAnsi"/>
          <w:szCs w:val="28"/>
          <w:lang w:val="ru-RU"/>
        </w:rPr>
        <w:t>я</w:t>
      </w:r>
      <w:r w:rsidR="00985B89" w:rsidRPr="00B51216">
        <w:rPr>
          <w:rFonts w:eastAsiaTheme="minorHAnsi"/>
          <w:szCs w:val="28"/>
          <w:lang w:val="ru-RU"/>
        </w:rPr>
        <w:t xml:space="preserve"> </w:t>
      </w:r>
      <w:r w:rsidR="00985B89" w:rsidRPr="0036005C">
        <w:rPr>
          <w:lang w:val="ru-RU"/>
        </w:rPr>
        <w:t>«Центр поддержки экспорта Курской области»</w:t>
      </w:r>
      <w:r w:rsidR="004120F8">
        <w:rPr>
          <w:lang w:val="ru-RU"/>
        </w:rPr>
        <w:t>)</w:t>
      </w:r>
    </w:p>
    <w:p w14:paraId="78122CB2" w14:textId="632C0FCC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№ лицевого счета</w:t>
      </w:r>
      <w:r w:rsidR="00985B89">
        <w:rPr>
          <w:rFonts w:eastAsiaTheme="minorHAnsi"/>
          <w:szCs w:val="28"/>
          <w:lang w:val="ru-RU"/>
        </w:rPr>
        <w:t>_</w:t>
      </w:r>
      <w:r w:rsidRPr="00B51216">
        <w:rPr>
          <w:rFonts w:eastAsiaTheme="minorHAnsi"/>
          <w:szCs w:val="28"/>
          <w:lang w:val="ru-RU"/>
        </w:rPr>
        <w:t>______________</w:t>
      </w:r>
      <w:r w:rsidR="005936AF">
        <w:rPr>
          <w:rFonts w:eastAsiaTheme="minorHAnsi"/>
          <w:szCs w:val="28"/>
          <w:lang w:val="ru-RU"/>
        </w:rPr>
        <w:t>______________________________</w:t>
      </w:r>
    </w:p>
    <w:p w14:paraId="6C49AF62" w14:textId="066369D3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ЕКС __________________________</w:t>
      </w:r>
      <w:r w:rsidR="005936AF">
        <w:rPr>
          <w:rFonts w:eastAsiaTheme="minorHAnsi"/>
          <w:szCs w:val="28"/>
          <w:lang w:val="ru-RU"/>
        </w:rPr>
        <w:t>______________________________</w:t>
      </w:r>
    </w:p>
    <w:p w14:paraId="61DA3338" w14:textId="50066659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306184">
        <w:rPr>
          <w:rFonts w:eastAsiaTheme="minorHAnsi"/>
          <w:szCs w:val="28"/>
          <w:highlight w:val="yellow"/>
          <w:lang w:val="ru-RU"/>
        </w:rPr>
        <w:t>Казначейский счет</w:t>
      </w:r>
      <w:r w:rsidRPr="00B51216">
        <w:rPr>
          <w:rFonts w:eastAsiaTheme="minorHAnsi"/>
          <w:szCs w:val="28"/>
          <w:lang w:val="ru-RU"/>
        </w:rPr>
        <w:t>______________</w:t>
      </w:r>
      <w:r w:rsidR="005936AF">
        <w:rPr>
          <w:rFonts w:eastAsiaTheme="minorHAnsi"/>
          <w:szCs w:val="28"/>
          <w:lang w:val="ru-RU"/>
        </w:rPr>
        <w:t>______________________________</w:t>
      </w:r>
    </w:p>
    <w:p w14:paraId="58CB22D3" w14:textId="5A8869B7" w:rsidR="0048111A" w:rsidRPr="00B51216" w:rsidRDefault="00B51216" w:rsidP="004120F8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БИК________________________________________________________</w:t>
      </w:r>
    </w:p>
    <w:p w14:paraId="1203ED3B" w14:textId="76544BD6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Юридический адрес_____________</w:t>
      </w:r>
      <w:r w:rsidR="005936AF">
        <w:rPr>
          <w:rFonts w:eastAsiaTheme="minorHAnsi"/>
          <w:szCs w:val="28"/>
          <w:lang w:val="ru-RU"/>
        </w:rPr>
        <w:t>______________________________</w:t>
      </w:r>
    </w:p>
    <w:p w14:paraId="3BB0B957" w14:textId="25EF8DAD" w:rsidR="00B51216" w:rsidRP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</w:t>
      </w:r>
      <w:r w:rsidR="00985B89">
        <w:rPr>
          <w:rFonts w:eastAsiaTheme="minorHAnsi"/>
          <w:szCs w:val="28"/>
          <w:lang w:val="ru-RU"/>
        </w:rPr>
        <w:t xml:space="preserve">           </w:t>
      </w:r>
      <w:r w:rsidRPr="00B51216">
        <w:rPr>
          <w:rFonts w:eastAsiaTheme="minorHAnsi"/>
          <w:szCs w:val="28"/>
          <w:lang w:val="ru-RU"/>
        </w:rPr>
        <w:t xml:space="preserve"> </w:t>
      </w:r>
      <w:r w:rsidRPr="00985B89">
        <w:rPr>
          <w:rFonts w:eastAsiaTheme="minorHAnsi"/>
          <w:sz w:val="22"/>
          <w:lang w:val="ru-RU"/>
        </w:rPr>
        <w:t>(</w:t>
      </w:r>
      <w:proofErr w:type="gramStart"/>
      <w:r w:rsidRPr="00985B89">
        <w:rPr>
          <w:rFonts w:eastAsiaTheme="minorHAnsi"/>
          <w:sz w:val="22"/>
          <w:lang w:val="ru-RU"/>
        </w:rPr>
        <w:t>индекс</w:t>
      </w:r>
      <w:proofErr w:type="gramEnd"/>
      <w:r w:rsidRPr="00985B89">
        <w:rPr>
          <w:rFonts w:eastAsiaTheme="minorHAnsi"/>
          <w:sz w:val="22"/>
          <w:lang w:val="ru-RU"/>
        </w:rPr>
        <w:t>, населенный пункт, улица, дом, офис/квартира)</w:t>
      </w:r>
    </w:p>
    <w:p w14:paraId="05C30E55" w14:textId="35F7CB88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Фактический адрес_______________________________________</w:t>
      </w:r>
      <w:r w:rsidR="009A2D60">
        <w:rPr>
          <w:rFonts w:eastAsiaTheme="minorHAnsi"/>
          <w:szCs w:val="28"/>
          <w:lang w:val="ru-RU"/>
        </w:rPr>
        <w:t>____</w:t>
      </w:r>
    </w:p>
    <w:p w14:paraId="2709908C" w14:textId="721AE9CE" w:rsidR="00B51216" w:rsidRP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85B89">
        <w:rPr>
          <w:rFonts w:eastAsiaTheme="minorHAnsi"/>
          <w:sz w:val="22"/>
          <w:lang w:val="ru-RU"/>
        </w:rPr>
        <w:t xml:space="preserve">                   </w:t>
      </w:r>
      <w:r w:rsidR="00985B89" w:rsidRPr="00985B89">
        <w:rPr>
          <w:rFonts w:eastAsiaTheme="minorHAnsi"/>
          <w:sz w:val="22"/>
          <w:lang w:val="ru-RU"/>
        </w:rPr>
        <w:t xml:space="preserve">          </w:t>
      </w:r>
      <w:r w:rsidR="00985B89">
        <w:rPr>
          <w:rFonts w:eastAsiaTheme="minorHAnsi"/>
          <w:sz w:val="22"/>
          <w:lang w:val="ru-RU"/>
        </w:rPr>
        <w:t xml:space="preserve">                      </w:t>
      </w:r>
      <w:r w:rsidRPr="00985B89">
        <w:rPr>
          <w:rFonts w:eastAsiaTheme="minorHAnsi"/>
          <w:sz w:val="22"/>
          <w:lang w:val="ru-RU"/>
        </w:rPr>
        <w:t xml:space="preserve"> (</w:t>
      </w:r>
      <w:proofErr w:type="gramStart"/>
      <w:r w:rsidRPr="00985B89">
        <w:rPr>
          <w:rFonts w:eastAsiaTheme="minorHAnsi"/>
          <w:sz w:val="22"/>
          <w:lang w:val="ru-RU"/>
        </w:rPr>
        <w:t>индекс</w:t>
      </w:r>
      <w:proofErr w:type="gramEnd"/>
      <w:r w:rsidRPr="00985B89">
        <w:rPr>
          <w:rFonts w:eastAsiaTheme="minorHAnsi"/>
          <w:sz w:val="22"/>
          <w:lang w:val="ru-RU"/>
        </w:rPr>
        <w:t>, населенный пункт, улица, дом, офис/квартира)</w:t>
      </w:r>
    </w:p>
    <w:p w14:paraId="1ECD7A75" w14:textId="1C005F6D" w:rsidR="00B51216" w:rsidRPr="00B51216" w:rsidRDefault="00B51216" w:rsidP="00305BCA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lastRenderedPageBreak/>
        <w:t xml:space="preserve">С условиями предоставления субсидии ознакомлен(а) и подтверждаю, что </w:t>
      </w:r>
      <w:r w:rsidR="00391331">
        <w:rPr>
          <w:rFonts w:eastAsiaTheme="minorHAnsi"/>
          <w:szCs w:val="28"/>
          <w:lang w:val="ru-RU"/>
        </w:rPr>
        <w:t>автономная</w:t>
      </w:r>
      <w:r w:rsidR="00391331" w:rsidRPr="00B51216">
        <w:rPr>
          <w:rFonts w:eastAsiaTheme="minorHAnsi"/>
          <w:szCs w:val="28"/>
          <w:lang w:val="ru-RU"/>
        </w:rPr>
        <w:t xml:space="preserve"> некоммерческ</w:t>
      </w:r>
      <w:r w:rsidR="00391331">
        <w:rPr>
          <w:rFonts w:eastAsiaTheme="minorHAnsi"/>
          <w:szCs w:val="28"/>
          <w:lang w:val="ru-RU"/>
        </w:rPr>
        <w:t>ая</w:t>
      </w:r>
      <w:r w:rsidR="00391331" w:rsidRPr="00B51216">
        <w:rPr>
          <w:rFonts w:eastAsiaTheme="minorHAnsi"/>
          <w:szCs w:val="28"/>
          <w:lang w:val="ru-RU"/>
        </w:rPr>
        <w:t xml:space="preserve"> организаци</w:t>
      </w:r>
      <w:r w:rsidR="00391331">
        <w:rPr>
          <w:rFonts w:eastAsiaTheme="minorHAnsi"/>
          <w:szCs w:val="28"/>
          <w:lang w:val="ru-RU"/>
        </w:rPr>
        <w:t>я</w:t>
      </w:r>
      <w:r w:rsidR="00391331" w:rsidRPr="00B51216">
        <w:rPr>
          <w:rFonts w:eastAsiaTheme="minorHAnsi"/>
          <w:szCs w:val="28"/>
          <w:lang w:val="ru-RU"/>
        </w:rPr>
        <w:t xml:space="preserve"> </w:t>
      </w:r>
      <w:r w:rsidR="00391331" w:rsidRPr="0036005C">
        <w:rPr>
          <w:lang w:val="ru-RU"/>
        </w:rPr>
        <w:t>«Центр поддержки экспорта Курской области»</w:t>
      </w:r>
      <w:r w:rsidRPr="00B51216">
        <w:rPr>
          <w:rFonts w:eastAsiaTheme="minorHAnsi"/>
          <w:szCs w:val="28"/>
          <w:lang w:val="ru-RU"/>
        </w:rPr>
        <w:t xml:space="preserve"> (далее –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>) соответствует следующим требованиям, установленным Правилами:</w:t>
      </w:r>
    </w:p>
    <w:p w14:paraId="4BDF8EF4" w14:textId="3A5DE13B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1) </w:t>
      </w:r>
      <w:r w:rsidR="00FC1E1D" w:rsidRPr="00DE142C">
        <w:rPr>
          <w:lang w:val="ru-RU"/>
        </w:rPr>
        <w:t xml:space="preserve">Центр поддержки экспорта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</w:t>
      </w:r>
      <w:r w:rsidR="00FC1E1D" w:rsidRPr="00901698">
        <w:rPr>
          <w:lang w:val="ru-RU"/>
        </w:rPr>
        <w:t>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</w:t>
      </w:r>
      <w:r w:rsidR="00FC1E1D">
        <w:rPr>
          <w:lang w:val="ru-RU"/>
        </w:rPr>
        <w:t>х публичных акционерных обществ</w:t>
      </w:r>
      <w:r w:rsidRPr="00B51216">
        <w:rPr>
          <w:rFonts w:eastAsiaTheme="minorHAnsi"/>
          <w:szCs w:val="28"/>
          <w:lang w:val="ru-RU"/>
        </w:rPr>
        <w:t>;</w:t>
      </w:r>
    </w:p>
    <w:p w14:paraId="5A7C062C" w14:textId="1D9E167B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2)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305B686" w14:textId="0C921D62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3) </w:t>
      </w:r>
      <w:r w:rsidR="00DB0CD1" w:rsidRPr="00DE142C">
        <w:rPr>
          <w:lang w:val="ru-RU"/>
        </w:rPr>
        <w:t xml:space="preserve">Центр поддержки экспорта </w:t>
      </w:r>
      <w:r w:rsidR="00DB0CD1" w:rsidRPr="002937B5">
        <w:rPr>
          <w:lang w:val="ru-RU"/>
        </w:rPr>
        <w:t xml:space="preserve">не находится в составляемых в рамках реализации полномочий, предусмотренных </w:t>
      </w:r>
      <w:hyperlink r:id="rId10">
        <w:r w:rsidR="00DB0CD1" w:rsidRPr="002937B5">
          <w:rPr>
            <w:color w:val="0000FF"/>
            <w:lang w:val="ru-RU"/>
          </w:rPr>
          <w:t xml:space="preserve">главой </w:t>
        </w:r>
        <w:r w:rsidR="00DB0CD1">
          <w:rPr>
            <w:color w:val="0000FF"/>
          </w:rPr>
          <w:t>VII</w:t>
        </w:r>
      </w:hyperlink>
      <w:r w:rsidR="00DB0CD1" w:rsidRPr="002937B5">
        <w:rPr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 w:rsidRPr="00B51216">
        <w:rPr>
          <w:rFonts w:eastAsiaTheme="minorHAnsi"/>
          <w:szCs w:val="28"/>
          <w:lang w:val="ru-RU"/>
        </w:rPr>
        <w:t>;</w:t>
      </w:r>
    </w:p>
    <w:p w14:paraId="6D382C23" w14:textId="7DDB26F1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4)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получает средства из областного бюджета на основании иных нормативных правовых актов Курской области на цели, установленные пунктом 1.2 Правил;</w:t>
      </w:r>
    </w:p>
    <w:p w14:paraId="1F02256A" w14:textId="3311734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5)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является иностранным агентом в соответствии с Федеральным законом от 14 июля 2022 года № 255-ФЗ </w:t>
      </w:r>
      <w:r w:rsidR="009F62A2">
        <w:rPr>
          <w:rFonts w:eastAsiaTheme="minorHAnsi"/>
          <w:szCs w:val="28"/>
          <w:lang w:val="ru-RU"/>
        </w:rPr>
        <w:t xml:space="preserve">             </w:t>
      </w:r>
      <w:proofErr w:type="gramStart"/>
      <w:r w:rsidR="009F62A2">
        <w:rPr>
          <w:rFonts w:eastAsiaTheme="minorHAnsi"/>
          <w:szCs w:val="28"/>
          <w:lang w:val="ru-RU"/>
        </w:rPr>
        <w:t xml:space="preserve">   </w:t>
      </w:r>
      <w:r w:rsidRPr="00B51216">
        <w:rPr>
          <w:rFonts w:eastAsiaTheme="minorHAnsi"/>
          <w:szCs w:val="28"/>
          <w:lang w:val="ru-RU"/>
        </w:rPr>
        <w:t>«</w:t>
      </w:r>
      <w:proofErr w:type="gramEnd"/>
      <w:r w:rsidRPr="00B51216">
        <w:rPr>
          <w:rFonts w:eastAsiaTheme="minorHAnsi"/>
          <w:szCs w:val="28"/>
          <w:lang w:val="ru-RU"/>
        </w:rPr>
        <w:t>О контроле за деятельностью лиц, находящихся под иностранным влиянием»;</w:t>
      </w:r>
    </w:p>
    <w:p w14:paraId="30622029" w14:textId="5AA3133A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6) на едином налоговом счете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3F7897C4" w14:textId="248C2A86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lastRenderedPageBreak/>
        <w:t xml:space="preserve">7) у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Курской областью (за исключением случаев, установленных Правительством Курской области);</w:t>
      </w:r>
    </w:p>
    <w:p w14:paraId="10631000" w14:textId="20CEBCB1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8)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находится в процессе реорганизации (за исключением реорганизации в форме присоединения к </w:t>
      </w:r>
      <w:r w:rsidR="00CB1DE1">
        <w:rPr>
          <w:rFonts w:eastAsiaTheme="minorHAnsi"/>
          <w:szCs w:val="28"/>
          <w:lang w:val="ru-RU"/>
        </w:rPr>
        <w:t>Центру поддержки экспорта</w:t>
      </w:r>
      <w:r w:rsidRPr="00B51216">
        <w:rPr>
          <w:rFonts w:eastAsiaTheme="minorHAnsi"/>
          <w:szCs w:val="28"/>
          <w:lang w:val="ru-RU"/>
        </w:rPr>
        <w:t xml:space="preserve"> другого юридического лица), ликвидации, в отношении него не введена процедура банкротства, деятельность </w:t>
      </w:r>
      <w:r w:rsidR="00CB1DE1">
        <w:rPr>
          <w:rFonts w:eastAsiaTheme="minorHAnsi"/>
          <w:szCs w:val="28"/>
          <w:lang w:val="ru-RU"/>
        </w:rPr>
        <w:t>Центра поддержки экспорта</w:t>
      </w:r>
      <w:r w:rsidRPr="00B51216">
        <w:rPr>
          <w:rFonts w:eastAsiaTheme="minorHAnsi"/>
          <w:szCs w:val="28"/>
          <w:lang w:val="ru-RU"/>
        </w:rPr>
        <w:t xml:space="preserve"> не приостановлена в порядке, предусмотренном законодательством Российской Федерации;</w:t>
      </w:r>
    </w:p>
    <w:p w14:paraId="436982A7" w14:textId="3183BBED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9) в реестре дисквалифицированных лиц отсутствуют сведения о дисквалифицированных руководителе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и главном бухгалтере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(при наличии).</w:t>
      </w:r>
    </w:p>
    <w:p w14:paraId="41C6126A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В случае получения субсидии обязуюсь обеспечить достижение результатов предоставления субсидии, предусмотренных Правилами.</w:t>
      </w:r>
    </w:p>
    <w:p w14:paraId="66BD4CDD" w14:textId="746CCD77" w:rsidR="00B51216" w:rsidRPr="00B51216" w:rsidRDefault="005A19C4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36005C">
        <w:rPr>
          <w:lang w:val="ru-RU"/>
        </w:rPr>
        <w:t>Центр</w:t>
      </w:r>
      <w:r>
        <w:rPr>
          <w:lang w:val="ru-RU"/>
        </w:rPr>
        <w:t>а</w:t>
      </w:r>
      <w:r w:rsidRPr="0036005C">
        <w:rPr>
          <w:lang w:val="ru-RU"/>
        </w:rPr>
        <w:t xml:space="preserve"> поддержки экспорта</w:t>
      </w:r>
      <w:r w:rsidR="00B51216" w:rsidRPr="00B51216">
        <w:rPr>
          <w:rFonts w:eastAsiaTheme="minorHAnsi"/>
          <w:szCs w:val="28"/>
          <w:lang w:val="ru-RU"/>
        </w:rPr>
        <w:t xml:space="preserve"> выражает согласие на публикацию (размещение) в информационно-телекоммуникационной сети «Интернет» информации о </w:t>
      </w:r>
      <w:r w:rsidR="000704D5" w:rsidRPr="0036005C">
        <w:rPr>
          <w:lang w:val="ru-RU"/>
        </w:rPr>
        <w:t>Центр</w:t>
      </w:r>
      <w:r w:rsidR="000704D5">
        <w:rPr>
          <w:lang w:val="ru-RU"/>
        </w:rPr>
        <w:t>е</w:t>
      </w:r>
      <w:r w:rsidR="000704D5" w:rsidRPr="0036005C">
        <w:rPr>
          <w:lang w:val="ru-RU"/>
        </w:rPr>
        <w:t xml:space="preserve"> поддержки экспорта</w:t>
      </w:r>
      <w:r w:rsidR="00B51216" w:rsidRPr="00B51216">
        <w:rPr>
          <w:rFonts w:eastAsiaTheme="minorHAnsi"/>
          <w:szCs w:val="28"/>
          <w:lang w:val="ru-RU"/>
        </w:rPr>
        <w:t xml:space="preserve">, о поданной заявке, иной информации о </w:t>
      </w:r>
      <w:r w:rsidR="000704D5" w:rsidRPr="0036005C">
        <w:rPr>
          <w:lang w:val="ru-RU"/>
        </w:rPr>
        <w:t>Центр</w:t>
      </w:r>
      <w:r w:rsidR="000704D5">
        <w:rPr>
          <w:lang w:val="ru-RU"/>
        </w:rPr>
        <w:t>е</w:t>
      </w:r>
      <w:r w:rsidR="000704D5" w:rsidRPr="0036005C">
        <w:rPr>
          <w:lang w:val="ru-RU"/>
        </w:rPr>
        <w:t xml:space="preserve"> поддержки экспорта</w:t>
      </w:r>
      <w:r w:rsidR="00B51216" w:rsidRPr="00B51216">
        <w:rPr>
          <w:rFonts w:eastAsiaTheme="minorHAnsi"/>
          <w:szCs w:val="28"/>
          <w:lang w:val="ru-RU"/>
        </w:rPr>
        <w:t>, связанной с предоставлением субсидии.</w:t>
      </w:r>
    </w:p>
    <w:p w14:paraId="073AAAC2" w14:textId="48F1ABE3" w:rsidR="00B51216" w:rsidRPr="00B51216" w:rsidRDefault="000704D5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36005C">
        <w:rPr>
          <w:lang w:val="ru-RU"/>
        </w:rPr>
        <w:t>Центр поддержки экспорта</w:t>
      </w:r>
      <w:r w:rsidR="00B51216" w:rsidRPr="00B51216">
        <w:rPr>
          <w:rFonts w:eastAsiaTheme="minorHAnsi"/>
          <w:szCs w:val="28"/>
          <w:lang w:val="ru-RU"/>
        </w:rPr>
        <w:t xml:space="preserve"> выражает согласие на осуществление Министерством промышленности, торговли и предпринимательства Курской области проверки соблюдения порядка и условий предоставления субсидии, в том числе в части достижения результатов предоставления субсидии, а также на осуществление органами государственного финансового контроля проверки в соответствии со статьями 268</w:t>
      </w:r>
      <w:r w:rsidR="00B51216" w:rsidRPr="00B51216">
        <w:rPr>
          <w:rFonts w:eastAsiaTheme="minorHAnsi"/>
          <w:szCs w:val="28"/>
          <w:vertAlign w:val="superscript"/>
          <w:lang w:val="ru-RU"/>
        </w:rPr>
        <w:t>1</w:t>
      </w:r>
      <w:r w:rsidR="00B51216" w:rsidRPr="00B51216">
        <w:rPr>
          <w:rFonts w:eastAsiaTheme="minorHAnsi"/>
          <w:szCs w:val="28"/>
          <w:lang w:val="ru-RU"/>
        </w:rPr>
        <w:t xml:space="preserve"> и 269</w:t>
      </w:r>
      <w:r w:rsidR="00B51216" w:rsidRPr="00B51216">
        <w:rPr>
          <w:rFonts w:eastAsiaTheme="minorHAnsi"/>
          <w:szCs w:val="28"/>
          <w:vertAlign w:val="superscript"/>
          <w:lang w:val="ru-RU"/>
        </w:rPr>
        <w:t>2</w:t>
      </w:r>
      <w:r w:rsidR="00B51216" w:rsidRPr="00B51216">
        <w:rPr>
          <w:rFonts w:eastAsiaTheme="minorHAnsi"/>
          <w:szCs w:val="28"/>
          <w:lang w:val="ru-RU"/>
        </w:rPr>
        <w:t xml:space="preserve"> Бюджетного кодекса Российской Федерации и на включение таких положений в соглашение.</w:t>
      </w:r>
    </w:p>
    <w:p w14:paraId="2E3D656F" w14:textId="17AF62CC" w:rsidR="002C4237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Подтверждаю, что вся информация, содержащаяся в предоставленных документах и заявке, является достоверной, и не возражаю против доступа к ней всех заинтересованных лиц.</w:t>
      </w:r>
    </w:p>
    <w:p w14:paraId="3871BD89" w14:textId="1C1D0DCC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______________________ </w:t>
      </w:r>
      <w:r w:rsidR="009B129A">
        <w:rPr>
          <w:rFonts w:eastAsiaTheme="minorHAnsi"/>
          <w:szCs w:val="28"/>
          <w:lang w:val="ru-RU"/>
        </w:rPr>
        <w:t xml:space="preserve">     </w:t>
      </w:r>
      <w:r w:rsidRPr="00B51216">
        <w:rPr>
          <w:rFonts w:eastAsiaTheme="minorHAnsi"/>
          <w:szCs w:val="28"/>
          <w:lang w:val="ru-RU"/>
        </w:rPr>
        <w:t>____________ ___________________________</w:t>
      </w:r>
    </w:p>
    <w:p w14:paraId="7E810E34" w14:textId="06E0E0D8" w:rsidR="00B51216" w:rsidRPr="009B129A" w:rsidRDefault="00B51216" w:rsidP="004E26FA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>(</w:t>
      </w:r>
      <w:proofErr w:type="gramStart"/>
      <w:r w:rsidRPr="009B129A">
        <w:rPr>
          <w:rFonts w:eastAsiaTheme="minorHAnsi"/>
          <w:sz w:val="22"/>
          <w:lang w:val="ru-RU"/>
        </w:rPr>
        <w:t>должность</w:t>
      </w:r>
      <w:proofErr w:type="gramEnd"/>
      <w:r w:rsidRPr="009B129A">
        <w:rPr>
          <w:rFonts w:eastAsiaTheme="minorHAnsi"/>
          <w:sz w:val="22"/>
          <w:lang w:val="ru-RU"/>
        </w:rPr>
        <w:t xml:space="preserve"> руководителя)         </w:t>
      </w:r>
      <w:r w:rsidR="009B129A">
        <w:rPr>
          <w:rFonts w:eastAsiaTheme="minorHAnsi"/>
          <w:sz w:val="22"/>
          <w:lang w:val="ru-RU"/>
        </w:rPr>
        <w:t xml:space="preserve">           </w:t>
      </w:r>
      <w:r w:rsidRPr="009B129A">
        <w:rPr>
          <w:rFonts w:eastAsiaTheme="minorHAnsi"/>
          <w:sz w:val="22"/>
          <w:lang w:val="ru-RU"/>
        </w:rPr>
        <w:t>(подпись)                          (Ф.И.О.)</w:t>
      </w:r>
    </w:p>
    <w:p w14:paraId="1192E843" w14:textId="21A707A7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____________________</w:t>
      </w:r>
      <w:r w:rsidR="009B129A">
        <w:rPr>
          <w:rFonts w:eastAsiaTheme="minorHAnsi"/>
          <w:szCs w:val="28"/>
          <w:lang w:val="ru-RU"/>
        </w:rPr>
        <w:t xml:space="preserve">       </w:t>
      </w:r>
      <w:r w:rsidRPr="00B51216">
        <w:rPr>
          <w:rFonts w:eastAsiaTheme="minorHAnsi"/>
          <w:szCs w:val="28"/>
          <w:lang w:val="ru-RU"/>
        </w:rPr>
        <w:t xml:space="preserve"> ____________  ____________________________</w:t>
      </w:r>
    </w:p>
    <w:p w14:paraId="4BE51A1F" w14:textId="78ACC7E4" w:rsidR="00B51216" w:rsidRPr="009B129A" w:rsidRDefault="00B51216" w:rsidP="004E26F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 xml:space="preserve">Главный бухгалтер                       </w:t>
      </w:r>
      <w:r w:rsidR="009B129A">
        <w:rPr>
          <w:rFonts w:eastAsiaTheme="minorHAnsi"/>
          <w:sz w:val="22"/>
          <w:lang w:val="ru-RU"/>
        </w:rPr>
        <w:t xml:space="preserve">   </w:t>
      </w:r>
      <w:proofErr w:type="gramStart"/>
      <w:r w:rsidR="009B129A">
        <w:rPr>
          <w:rFonts w:eastAsiaTheme="minorHAnsi"/>
          <w:sz w:val="22"/>
          <w:lang w:val="ru-RU"/>
        </w:rPr>
        <w:t xml:space="preserve">   </w:t>
      </w:r>
      <w:r w:rsidRPr="009B129A">
        <w:rPr>
          <w:rFonts w:eastAsiaTheme="minorHAnsi"/>
          <w:sz w:val="22"/>
          <w:lang w:val="ru-RU"/>
        </w:rPr>
        <w:t>(</w:t>
      </w:r>
      <w:proofErr w:type="gramEnd"/>
      <w:r w:rsidRPr="009B129A">
        <w:rPr>
          <w:rFonts w:eastAsiaTheme="minorHAnsi"/>
          <w:sz w:val="22"/>
          <w:lang w:val="ru-RU"/>
        </w:rPr>
        <w:t>подпись)                          (Ф.И.О.)</w:t>
      </w:r>
    </w:p>
    <w:p w14:paraId="2F27F18D" w14:textId="77777777" w:rsidR="00B51216" w:rsidRPr="009B129A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ru-RU"/>
        </w:rPr>
      </w:pPr>
      <w:r w:rsidRPr="009B129A">
        <w:rPr>
          <w:rFonts w:eastAsiaTheme="minorHAnsi"/>
          <w:sz w:val="26"/>
          <w:szCs w:val="26"/>
          <w:lang w:val="ru-RU"/>
        </w:rPr>
        <w:t>(</w:t>
      </w:r>
      <w:proofErr w:type="gramStart"/>
      <w:r w:rsidRPr="009B129A">
        <w:rPr>
          <w:rFonts w:eastAsiaTheme="minorHAnsi"/>
          <w:sz w:val="26"/>
          <w:szCs w:val="26"/>
          <w:lang w:val="ru-RU"/>
        </w:rPr>
        <w:t>при</w:t>
      </w:r>
      <w:proofErr w:type="gramEnd"/>
      <w:r w:rsidRPr="009B129A">
        <w:rPr>
          <w:rFonts w:eastAsiaTheme="minorHAnsi"/>
          <w:sz w:val="26"/>
          <w:szCs w:val="26"/>
          <w:lang w:val="ru-RU"/>
        </w:rPr>
        <w:t xml:space="preserve"> наличии)</w:t>
      </w:r>
    </w:p>
    <w:p w14:paraId="177D67F2" w14:textId="77777777" w:rsidR="009B129A" w:rsidRDefault="009B129A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533D87A2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М.П. (при наличии)</w:t>
      </w:r>
    </w:p>
    <w:p w14:paraId="0676D398" w14:textId="23BF3D95" w:rsid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9B129A">
        <w:rPr>
          <w:rFonts w:eastAsiaTheme="minorHAnsi"/>
          <w:szCs w:val="28"/>
          <w:lang w:val="ru-RU"/>
        </w:rPr>
        <w:t>«___» ___________ 20 ___ г.</w:t>
      </w:r>
    </w:p>
    <w:p w14:paraId="7EC08707" w14:textId="77777777" w:rsidR="00423E76" w:rsidRDefault="00423E76" w:rsidP="004D1B01">
      <w:pPr>
        <w:autoSpaceDE w:val="0"/>
        <w:autoSpaceDN w:val="0"/>
        <w:adjustRightInd w:val="0"/>
        <w:ind w:left="3969" w:firstLine="0"/>
        <w:jc w:val="right"/>
        <w:rPr>
          <w:rFonts w:eastAsia="Calibri"/>
          <w:szCs w:val="28"/>
          <w:lang w:val="ru-RU"/>
        </w:rPr>
      </w:pPr>
    </w:p>
    <w:p w14:paraId="3B091EA4" w14:textId="77777777" w:rsidR="00423E76" w:rsidRDefault="00423E76" w:rsidP="004D1B01">
      <w:pPr>
        <w:autoSpaceDE w:val="0"/>
        <w:autoSpaceDN w:val="0"/>
        <w:adjustRightInd w:val="0"/>
        <w:ind w:left="3969" w:firstLine="0"/>
        <w:jc w:val="right"/>
        <w:rPr>
          <w:rFonts w:eastAsia="Calibri"/>
          <w:szCs w:val="28"/>
          <w:lang w:val="ru-RU"/>
        </w:rPr>
      </w:pPr>
    </w:p>
    <w:p w14:paraId="67E9403C" w14:textId="77777777" w:rsidR="00423E76" w:rsidRDefault="00423E76" w:rsidP="004D1B01">
      <w:pPr>
        <w:autoSpaceDE w:val="0"/>
        <w:autoSpaceDN w:val="0"/>
        <w:adjustRightInd w:val="0"/>
        <w:ind w:left="3969" w:firstLine="0"/>
        <w:jc w:val="right"/>
        <w:rPr>
          <w:rFonts w:eastAsia="Calibri"/>
          <w:szCs w:val="28"/>
          <w:lang w:val="ru-RU"/>
        </w:rPr>
      </w:pPr>
    </w:p>
    <w:p w14:paraId="393AC3E9" w14:textId="77777777" w:rsidR="006228A5" w:rsidRDefault="006228A5" w:rsidP="004D1B01">
      <w:pPr>
        <w:autoSpaceDE w:val="0"/>
        <w:autoSpaceDN w:val="0"/>
        <w:adjustRightInd w:val="0"/>
        <w:ind w:left="3969" w:firstLine="0"/>
        <w:jc w:val="right"/>
        <w:rPr>
          <w:rFonts w:eastAsia="Calibri"/>
          <w:szCs w:val="28"/>
          <w:lang w:val="ru-RU"/>
        </w:rPr>
      </w:pPr>
    </w:p>
    <w:p w14:paraId="1E7A9425" w14:textId="77777777" w:rsidR="006228A5" w:rsidRDefault="006228A5" w:rsidP="004D1B01">
      <w:pPr>
        <w:autoSpaceDE w:val="0"/>
        <w:autoSpaceDN w:val="0"/>
        <w:adjustRightInd w:val="0"/>
        <w:ind w:left="3969" w:firstLine="0"/>
        <w:jc w:val="right"/>
        <w:rPr>
          <w:rFonts w:eastAsia="Calibri"/>
          <w:szCs w:val="28"/>
          <w:lang w:val="ru-RU"/>
        </w:rPr>
      </w:pPr>
    </w:p>
    <w:p w14:paraId="23DA7B2C" w14:textId="62E6CAD7" w:rsidR="00B71CD5" w:rsidRPr="007E36BB" w:rsidRDefault="00B50542" w:rsidP="00B50542">
      <w:pPr>
        <w:autoSpaceDE w:val="0"/>
        <w:autoSpaceDN w:val="0"/>
        <w:adjustRightInd w:val="0"/>
        <w:ind w:left="3969" w:firstLine="0"/>
        <w:rPr>
          <w:rFonts w:eastAsia="Calibri"/>
          <w:szCs w:val="28"/>
          <w:lang w:val="ru-RU"/>
        </w:rPr>
      </w:pPr>
      <w:r>
        <w:rPr>
          <w:rFonts w:eastAsia="Calibri"/>
          <w:szCs w:val="28"/>
          <w:lang w:val="ru-RU"/>
        </w:rPr>
        <w:lastRenderedPageBreak/>
        <w:t>ПРИЛОЖЕНИЕ</w:t>
      </w:r>
      <w:r w:rsidR="00B71CD5">
        <w:rPr>
          <w:rFonts w:eastAsia="Calibri"/>
          <w:szCs w:val="28"/>
          <w:lang w:val="ru-RU"/>
        </w:rPr>
        <w:t xml:space="preserve"> </w:t>
      </w:r>
      <w:r w:rsidR="00BC6255">
        <w:rPr>
          <w:rFonts w:eastAsia="Calibri"/>
          <w:szCs w:val="28"/>
          <w:lang w:val="ru-RU"/>
        </w:rPr>
        <w:t>№</w:t>
      </w:r>
      <w:r w:rsidR="00423E76">
        <w:rPr>
          <w:rFonts w:eastAsia="Calibri"/>
          <w:szCs w:val="28"/>
          <w:lang w:val="ru-RU"/>
        </w:rPr>
        <w:t xml:space="preserve"> </w:t>
      </w:r>
      <w:r w:rsidR="00B71CD5">
        <w:rPr>
          <w:rFonts w:eastAsia="Calibri"/>
          <w:szCs w:val="28"/>
          <w:lang w:val="ru-RU"/>
        </w:rPr>
        <w:t>2</w:t>
      </w:r>
    </w:p>
    <w:p w14:paraId="0FB41FC7" w14:textId="606CF776" w:rsidR="00B71CD5" w:rsidRPr="0036005C" w:rsidRDefault="00423E76" w:rsidP="004A50CA">
      <w:pPr>
        <w:autoSpaceDE w:val="0"/>
        <w:autoSpaceDN w:val="0"/>
        <w:adjustRightInd w:val="0"/>
        <w:ind w:left="3969" w:firstLine="0"/>
        <w:jc w:val="both"/>
        <w:rPr>
          <w:rFonts w:eastAsia="Calibri"/>
          <w:szCs w:val="28"/>
          <w:lang w:val="ru-RU"/>
        </w:rPr>
      </w:pPr>
      <w:proofErr w:type="gramStart"/>
      <w:r>
        <w:rPr>
          <w:lang w:val="ru-RU"/>
        </w:rPr>
        <w:t>к</w:t>
      </w:r>
      <w:proofErr w:type="gramEnd"/>
      <w:r w:rsidRPr="0036005C">
        <w:rPr>
          <w:lang w:val="ru-RU"/>
        </w:rPr>
        <w:t xml:space="preserve"> Правилам</w:t>
      </w:r>
      <w:r>
        <w:rPr>
          <w:lang w:val="ru-RU"/>
        </w:rPr>
        <w:t xml:space="preserve"> </w:t>
      </w:r>
      <w:r w:rsidRPr="007F2236">
        <w:rPr>
          <w:szCs w:val="28"/>
          <w:lang w:val="ru-RU"/>
        </w:rPr>
        <w:t>предоставления из областного бюджета субсидии на финансовое обеспечение</w:t>
      </w:r>
      <w:r>
        <w:rPr>
          <w:szCs w:val="28"/>
          <w:lang w:val="ru-RU"/>
        </w:rPr>
        <w:t xml:space="preserve"> текущей деятельности</w:t>
      </w:r>
      <w:r w:rsidRPr="007F2236">
        <w:rPr>
          <w:szCs w:val="28"/>
          <w:lang w:val="ru-RU"/>
        </w:rPr>
        <w:t xml:space="preserve"> автономной некоммерческой организации «Центр поддержки экспорта Курской области»</w:t>
      </w:r>
      <w:r w:rsidR="00B71CD5" w:rsidRPr="0036005C">
        <w:rPr>
          <w:lang w:val="ru-RU"/>
        </w:rPr>
        <w:t xml:space="preserve"> </w:t>
      </w:r>
    </w:p>
    <w:p w14:paraId="58573008" w14:textId="77777777" w:rsidR="00B71CD5" w:rsidRPr="00B71CD5" w:rsidRDefault="00B71CD5" w:rsidP="004A50CA">
      <w:pPr>
        <w:autoSpaceDE w:val="0"/>
        <w:autoSpaceDN w:val="0"/>
        <w:adjustRightInd w:val="0"/>
        <w:jc w:val="both"/>
        <w:rPr>
          <w:lang w:val="ru-RU"/>
        </w:rPr>
      </w:pPr>
    </w:p>
    <w:p w14:paraId="4688F484" w14:textId="2B369EC6" w:rsidR="004A50CA" w:rsidRPr="001C463B" w:rsidRDefault="004A50CA" w:rsidP="004A50CA">
      <w:pPr>
        <w:tabs>
          <w:tab w:val="left" w:pos="6521"/>
        </w:tabs>
        <w:autoSpaceDE w:val="0"/>
        <w:autoSpaceDN w:val="0"/>
        <w:adjustRightInd w:val="0"/>
        <w:ind w:firstLine="0"/>
        <w:jc w:val="both"/>
        <w:rPr>
          <w:lang w:val="ru-RU"/>
        </w:rPr>
      </w:pPr>
      <w:r w:rsidRPr="001C463B">
        <w:rPr>
          <w:lang w:val="ru-RU"/>
        </w:rPr>
        <w:t xml:space="preserve">                                                                   ФОРМА</w:t>
      </w:r>
    </w:p>
    <w:p w14:paraId="5EF68C95" w14:textId="77777777" w:rsidR="004A50CA" w:rsidRPr="001C463B" w:rsidRDefault="004A50CA" w:rsidP="004A50CA">
      <w:pPr>
        <w:tabs>
          <w:tab w:val="left" w:pos="6521"/>
        </w:tabs>
        <w:autoSpaceDE w:val="0"/>
        <w:autoSpaceDN w:val="0"/>
        <w:adjustRightInd w:val="0"/>
        <w:ind w:firstLine="0"/>
        <w:jc w:val="both"/>
        <w:rPr>
          <w:lang w:val="ru-RU"/>
        </w:rPr>
      </w:pPr>
    </w:p>
    <w:p w14:paraId="172A5208" w14:textId="481E56F1" w:rsidR="004A50CA" w:rsidRPr="001C463B" w:rsidRDefault="004A50CA" w:rsidP="004A50CA">
      <w:pPr>
        <w:tabs>
          <w:tab w:val="left" w:pos="6521"/>
        </w:tabs>
        <w:autoSpaceDE w:val="0"/>
        <w:autoSpaceDN w:val="0"/>
        <w:adjustRightInd w:val="0"/>
        <w:ind w:firstLine="0"/>
        <w:jc w:val="both"/>
        <w:rPr>
          <w:lang w:val="ru-RU"/>
        </w:rPr>
      </w:pPr>
      <w:r w:rsidRPr="001C463B">
        <w:rPr>
          <w:lang w:val="ru-RU"/>
        </w:rPr>
        <w:t xml:space="preserve">                                                                            УТВЕРЖД</w:t>
      </w:r>
      <w:r w:rsidR="007D08B6">
        <w:rPr>
          <w:lang w:val="ru-RU"/>
        </w:rPr>
        <w:t>АЮ</w:t>
      </w:r>
      <w:r w:rsidRPr="001C463B">
        <w:rPr>
          <w:lang w:val="ru-RU"/>
        </w:rPr>
        <w:t>:</w:t>
      </w:r>
    </w:p>
    <w:p w14:paraId="616DC4A3" w14:textId="75C4F863" w:rsidR="004A50CA" w:rsidRPr="001C463B" w:rsidRDefault="004A50CA" w:rsidP="004A50CA">
      <w:pPr>
        <w:tabs>
          <w:tab w:val="left" w:pos="6521"/>
        </w:tabs>
        <w:autoSpaceDE w:val="0"/>
        <w:autoSpaceDN w:val="0"/>
        <w:adjustRightInd w:val="0"/>
        <w:ind w:firstLine="0"/>
        <w:jc w:val="both"/>
        <w:rPr>
          <w:lang w:val="ru-RU"/>
        </w:rPr>
      </w:pPr>
      <w:r w:rsidRPr="001C463B">
        <w:rPr>
          <w:lang w:val="ru-RU"/>
        </w:rPr>
        <w:t xml:space="preserve">                                                            Министр промышленности, торговли</w:t>
      </w:r>
    </w:p>
    <w:p w14:paraId="28EC4E11" w14:textId="7265DA6D" w:rsidR="004A50CA" w:rsidRPr="001C463B" w:rsidRDefault="004A50CA" w:rsidP="004A50CA">
      <w:pPr>
        <w:tabs>
          <w:tab w:val="left" w:pos="6521"/>
        </w:tabs>
        <w:autoSpaceDE w:val="0"/>
        <w:autoSpaceDN w:val="0"/>
        <w:adjustRightInd w:val="0"/>
        <w:ind w:firstLine="0"/>
        <w:jc w:val="both"/>
        <w:rPr>
          <w:lang w:val="ru-RU"/>
        </w:rPr>
      </w:pPr>
      <w:r w:rsidRPr="001C463B">
        <w:rPr>
          <w:lang w:val="ru-RU"/>
        </w:rPr>
        <w:t xml:space="preserve">                                                            </w:t>
      </w:r>
      <w:proofErr w:type="gramStart"/>
      <w:r w:rsidRPr="001C463B">
        <w:rPr>
          <w:lang w:val="ru-RU"/>
        </w:rPr>
        <w:t>и</w:t>
      </w:r>
      <w:proofErr w:type="gramEnd"/>
      <w:r w:rsidRPr="001C463B">
        <w:rPr>
          <w:lang w:val="ru-RU"/>
        </w:rPr>
        <w:t xml:space="preserve"> </w:t>
      </w:r>
      <w:r w:rsidR="00A41397">
        <w:rPr>
          <w:lang w:val="ru-RU"/>
        </w:rPr>
        <w:t>предпринимательства</w:t>
      </w:r>
      <w:r w:rsidRPr="001C463B">
        <w:rPr>
          <w:lang w:val="ru-RU"/>
        </w:rPr>
        <w:t xml:space="preserve"> Курской области</w:t>
      </w:r>
    </w:p>
    <w:p w14:paraId="742D6C80" w14:textId="2919A1EB" w:rsidR="004A50CA" w:rsidRPr="001C463B" w:rsidRDefault="001C463B" w:rsidP="001C463B">
      <w:pPr>
        <w:autoSpaceDE w:val="0"/>
        <w:autoSpaceDN w:val="0"/>
        <w:adjustRightInd w:val="0"/>
        <w:ind w:firstLine="0"/>
        <w:jc w:val="both"/>
        <w:rPr>
          <w:lang w:val="ru-RU"/>
        </w:rPr>
      </w:pPr>
      <w:r w:rsidRPr="001C463B">
        <w:rPr>
          <w:lang w:val="ru-RU"/>
        </w:rPr>
        <w:tab/>
        <w:t xml:space="preserve">                                                   </w:t>
      </w:r>
      <w:r w:rsidR="007D08B6">
        <w:rPr>
          <w:lang w:val="ru-RU"/>
        </w:rPr>
        <w:t xml:space="preserve">__________  </w:t>
      </w:r>
      <w:r w:rsidRPr="001C463B">
        <w:rPr>
          <w:lang w:val="ru-RU"/>
        </w:rPr>
        <w:t xml:space="preserve"> </w:t>
      </w:r>
      <w:r w:rsidR="007D08B6">
        <w:rPr>
          <w:lang w:val="ru-RU"/>
        </w:rPr>
        <w:t xml:space="preserve">    </w:t>
      </w:r>
      <w:r w:rsidRPr="001C463B">
        <w:rPr>
          <w:lang w:val="ru-RU"/>
        </w:rPr>
        <w:t>____________</w:t>
      </w:r>
      <w:r w:rsidR="007D08B6">
        <w:rPr>
          <w:lang w:val="ru-RU"/>
        </w:rPr>
        <w:t>_______</w:t>
      </w:r>
    </w:p>
    <w:p w14:paraId="0F194A24" w14:textId="7D64CFCC" w:rsidR="004A50CA" w:rsidRDefault="001C463B" w:rsidP="004A50CA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  <w:r w:rsidRPr="007D08B6">
        <w:rPr>
          <w:sz w:val="24"/>
          <w:szCs w:val="24"/>
          <w:lang w:val="ru-RU"/>
        </w:rPr>
        <w:t xml:space="preserve">                          </w:t>
      </w:r>
      <w:r w:rsidR="007D08B6">
        <w:rPr>
          <w:sz w:val="24"/>
          <w:szCs w:val="24"/>
          <w:lang w:val="ru-RU"/>
        </w:rPr>
        <w:t xml:space="preserve">                               </w:t>
      </w:r>
      <w:r w:rsidR="007D08B6" w:rsidRPr="007D08B6">
        <w:rPr>
          <w:sz w:val="24"/>
          <w:szCs w:val="24"/>
          <w:lang w:val="ru-RU"/>
        </w:rPr>
        <w:t>(</w:t>
      </w:r>
      <w:proofErr w:type="gramStart"/>
      <w:r w:rsidR="007D08B6" w:rsidRPr="007D08B6">
        <w:rPr>
          <w:sz w:val="24"/>
          <w:szCs w:val="24"/>
          <w:lang w:val="ru-RU"/>
        </w:rPr>
        <w:t>подпись)</w:t>
      </w:r>
      <w:r w:rsidRPr="001C463B">
        <w:rPr>
          <w:lang w:val="ru-RU"/>
        </w:rPr>
        <w:t xml:space="preserve">   </w:t>
      </w:r>
      <w:proofErr w:type="gramEnd"/>
      <w:r w:rsidRPr="001C463B">
        <w:rPr>
          <w:lang w:val="ru-RU"/>
        </w:rPr>
        <w:t xml:space="preserve">                   (Ф.И.О.)</w:t>
      </w:r>
    </w:p>
    <w:p w14:paraId="4B47135D" w14:textId="443862F3" w:rsidR="001C463B" w:rsidRPr="001C463B" w:rsidRDefault="001C463B" w:rsidP="001C463B">
      <w:pPr>
        <w:tabs>
          <w:tab w:val="left" w:pos="6521"/>
        </w:tabs>
        <w:autoSpaceDE w:val="0"/>
        <w:autoSpaceDN w:val="0"/>
        <w:adjustRightInd w:val="0"/>
        <w:ind w:firstLine="0"/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  «_____»________________20___г.</w:t>
      </w:r>
    </w:p>
    <w:p w14:paraId="0AD3B97D" w14:textId="77777777" w:rsidR="001C463B" w:rsidRDefault="001C463B" w:rsidP="004A50CA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highlight w:val="yellow"/>
          <w:lang w:val="ru-RU"/>
        </w:rPr>
      </w:pPr>
    </w:p>
    <w:p w14:paraId="777F9D5D" w14:textId="77777777" w:rsidR="001C463B" w:rsidRPr="00305BCA" w:rsidRDefault="001C463B" w:rsidP="004A50CA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1214E9A8" w14:textId="1A63CA41" w:rsidR="00B71CD5" w:rsidRDefault="00B71CD5" w:rsidP="004A50CA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  <w:r w:rsidRPr="00305BCA">
        <w:rPr>
          <w:lang w:val="ru-RU"/>
        </w:rPr>
        <w:t>Смета планируемых расходов на 20___ год</w:t>
      </w:r>
    </w:p>
    <w:p w14:paraId="3CA87F03" w14:textId="77777777" w:rsidR="003A67F0" w:rsidRDefault="003A67F0" w:rsidP="004A50CA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tbl>
      <w:tblPr>
        <w:tblStyle w:val="aff0"/>
        <w:tblW w:w="9067" w:type="dxa"/>
        <w:tblLook w:val="04A0" w:firstRow="1" w:lastRow="0" w:firstColumn="1" w:lastColumn="0" w:noHBand="0" w:noVBand="1"/>
      </w:tblPr>
      <w:tblGrid>
        <w:gridCol w:w="704"/>
        <w:gridCol w:w="5670"/>
        <w:gridCol w:w="2693"/>
      </w:tblGrid>
      <w:tr w:rsidR="003A67F0" w14:paraId="3E3BAAB5" w14:textId="77777777" w:rsidTr="005936AF">
        <w:tc>
          <w:tcPr>
            <w:tcW w:w="704" w:type="dxa"/>
          </w:tcPr>
          <w:p w14:paraId="103C4C28" w14:textId="77777777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14:paraId="615E19A6" w14:textId="74424550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/п</w:t>
            </w:r>
          </w:p>
        </w:tc>
        <w:tc>
          <w:tcPr>
            <w:tcW w:w="5670" w:type="dxa"/>
          </w:tcPr>
          <w:p w14:paraId="720AD583" w14:textId="57114B47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расходов</w:t>
            </w:r>
          </w:p>
        </w:tc>
        <w:tc>
          <w:tcPr>
            <w:tcW w:w="2693" w:type="dxa"/>
          </w:tcPr>
          <w:p w14:paraId="24ADE51F" w14:textId="36500DDE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Сумма расходов</w:t>
            </w:r>
            <w:r w:rsidR="00392540">
              <w:rPr>
                <w:lang w:val="ru-RU"/>
              </w:rPr>
              <w:t>, рублей</w:t>
            </w:r>
          </w:p>
        </w:tc>
      </w:tr>
      <w:tr w:rsidR="003A67F0" w14:paraId="15ECF75C" w14:textId="77777777" w:rsidTr="005936AF">
        <w:tc>
          <w:tcPr>
            <w:tcW w:w="704" w:type="dxa"/>
          </w:tcPr>
          <w:p w14:paraId="1210B06F" w14:textId="3224EB40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5670" w:type="dxa"/>
          </w:tcPr>
          <w:p w14:paraId="254D3B29" w14:textId="77777777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2693" w:type="dxa"/>
          </w:tcPr>
          <w:p w14:paraId="1EE36D83" w14:textId="77777777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</w:tr>
      <w:tr w:rsidR="003A67F0" w14:paraId="7313D354" w14:textId="77777777" w:rsidTr="005936AF">
        <w:tc>
          <w:tcPr>
            <w:tcW w:w="704" w:type="dxa"/>
          </w:tcPr>
          <w:p w14:paraId="3EDA43D0" w14:textId="77777777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5670" w:type="dxa"/>
          </w:tcPr>
          <w:p w14:paraId="56684FAA" w14:textId="77777777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2693" w:type="dxa"/>
          </w:tcPr>
          <w:p w14:paraId="7AC50312" w14:textId="77777777" w:rsidR="003A67F0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</w:tr>
      <w:tr w:rsidR="003A67F0" w14:paraId="3265DE24" w14:textId="77777777" w:rsidTr="005936AF">
        <w:tc>
          <w:tcPr>
            <w:tcW w:w="704" w:type="dxa"/>
          </w:tcPr>
          <w:p w14:paraId="5A9F3F37" w14:textId="77777777" w:rsidR="003A67F0" w:rsidRPr="002F7504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5670" w:type="dxa"/>
          </w:tcPr>
          <w:p w14:paraId="2A490B01" w14:textId="77777777" w:rsidR="003A67F0" w:rsidRPr="002F7504" w:rsidRDefault="003A67F0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2693" w:type="dxa"/>
          </w:tcPr>
          <w:p w14:paraId="4F380007" w14:textId="1FAED100" w:rsidR="003A67F0" w:rsidRPr="002F7504" w:rsidRDefault="00C62B54" w:rsidP="004A50CA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 w:rsidRPr="002F7504">
              <w:rPr>
                <w:lang w:val="ru-RU"/>
              </w:rPr>
              <w:t>Итого</w:t>
            </w:r>
          </w:p>
        </w:tc>
      </w:tr>
    </w:tbl>
    <w:p w14:paraId="271D5901" w14:textId="77777777" w:rsidR="003A67F0" w:rsidRDefault="003A67F0" w:rsidP="004A50CA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4F5E44E8" w14:textId="77777777" w:rsidR="00423E76" w:rsidRDefault="00423E76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36391994" w14:textId="57CE79D1" w:rsidR="00423E76" w:rsidRPr="00B51216" w:rsidRDefault="00423E76" w:rsidP="00423E76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______________________ </w:t>
      </w:r>
      <w:r>
        <w:rPr>
          <w:rFonts w:eastAsiaTheme="minorHAnsi"/>
          <w:szCs w:val="28"/>
          <w:lang w:val="ru-RU"/>
        </w:rPr>
        <w:t xml:space="preserve">     ___________   </w:t>
      </w:r>
      <w:r w:rsidRPr="00B51216">
        <w:rPr>
          <w:rFonts w:eastAsiaTheme="minorHAnsi"/>
          <w:szCs w:val="28"/>
          <w:lang w:val="ru-RU"/>
        </w:rPr>
        <w:t xml:space="preserve"> ___________________________</w:t>
      </w:r>
    </w:p>
    <w:p w14:paraId="47970AA0" w14:textId="208335BA" w:rsidR="00423E76" w:rsidRPr="009B129A" w:rsidRDefault="00423E76" w:rsidP="006228A5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>(</w:t>
      </w:r>
      <w:proofErr w:type="gramStart"/>
      <w:r w:rsidRPr="009B129A">
        <w:rPr>
          <w:rFonts w:eastAsiaTheme="minorHAnsi"/>
          <w:sz w:val="22"/>
          <w:lang w:val="ru-RU"/>
        </w:rPr>
        <w:t>должность</w:t>
      </w:r>
      <w:proofErr w:type="gramEnd"/>
      <w:r w:rsidRPr="009B129A">
        <w:rPr>
          <w:rFonts w:eastAsiaTheme="minorHAnsi"/>
          <w:sz w:val="22"/>
          <w:lang w:val="ru-RU"/>
        </w:rPr>
        <w:t xml:space="preserve"> руководителя)         </w:t>
      </w:r>
      <w:r>
        <w:rPr>
          <w:rFonts w:eastAsiaTheme="minorHAnsi"/>
          <w:sz w:val="22"/>
          <w:lang w:val="ru-RU"/>
        </w:rPr>
        <w:t xml:space="preserve">   </w:t>
      </w:r>
      <w:r w:rsidR="006228A5">
        <w:rPr>
          <w:rFonts w:eastAsiaTheme="minorHAnsi"/>
          <w:sz w:val="22"/>
          <w:lang w:val="ru-RU"/>
        </w:rPr>
        <w:t xml:space="preserve"> </w:t>
      </w:r>
      <w:r>
        <w:rPr>
          <w:rFonts w:eastAsiaTheme="minorHAnsi"/>
          <w:sz w:val="22"/>
          <w:lang w:val="ru-RU"/>
        </w:rPr>
        <w:t xml:space="preserve">  </w:t>
      </w:r>
      <w:r w:rsidRPr="009B129A">
        <w:rPr>
          <w:rFonts w:eastAsiaTheme="minorHAnsi"/>
          <w:sz w:val="22"/>
          <w:lang w:val="ru-RU"/>
        </w:rPr>
        <w:t xml:space="preserve">(подпись)                         </w:t>
      </w:r>
      <w:r w:rsidR="006228A5">
        <w:rPr>
          <w:rFonts w:eastAsiaTheme="minorHAnsi"/>
          <w:sz w:val="22"/>
          <w:lang w:val="ru-RU"/>
        </w:rPr>
        <w:t xml:space="preserve">         </w:t>
      </w:r>
      <w:r w:rsidRPr="009B129A">
        <w:rPr>
          <w:rFonts w:eastAsiaTheme="minorHAnsi"/>
          <w:sz w:val="22"/>
          <w:lang w:val="ru-RU"/>
        </w:rPr>
        <w:t xml:space="preserve"> (Ф.И.О.)</w:t>
      </w:r>
    </w:p>
    <w:p w14:paraId="087F6E06" w14:textId="77777777" w:rsidR="00423E76" w:rsidRPr="00B51216" w:rsidRDefault="00423E76" w:rsidP="00423E76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____________________</w:t>
      </w:r>
      <w:r>
        <w:rPr>
          <w:rFonts w:eastAsiaTheme="minorHAnsi"/>
          <w:szCs w:val="28"/>
          <w:lang w:val="ru-RU"/>
        </w:rPr>
        <w:t xml:space="preserve">       </w:t>
      </w:r>
      <w:r w:rsidRPr="00B51216">
        <w:rPr>
          <w:rFonts w:eastAsiaTheme="minorHAnsi"/>
          <w:szCs w:val="28"/>
          <w:lang w:val="ru-RU"/>
        </w:rPr>
        <w:t xml:space="preserve"> ____________  ____________________________</w:t>
      </w:r>
    </w:p>
    <w:p w14:paraId="1BACA41D" w14:textId="64B0E055" w:rsidR="00423E76" w:rsidRPr="009B129A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 xml:space="preserve">Главный бухгалтер                    </w:t>
      </w:r>
      <w:r>
        <w:rPr>
          <w:rFonts w:eastAsiaTheme="minorHAnsi"/>
          <w:sz w:val="22"/>
          <w:lang w:val="ru-RU"/>
        </w:rPr>
        <w:t xml:space="preserve">  </w:t>
      </w:r>
      <w:proofErr w:type="gramStart"/>
      <w:r>
        <w:rPr>
          <w:rFonts w:eastAsiaTheme="minorHAnsi"/>
          <w:sz w:val="22"/>
          <w:lang w:val="ru-RU"/>
        </w:rPr>
        <w:t xml:space="preserve">   </w:t>
      </w:r>
      <w:r w:rsidRPr="009B129A">
        <w:rPr>
          <w:rFonts w:eastAsiaTheme="minorHAnsi"/>
          <w:sz w:val="22"/>
          <w:lang w:val="ru-RU"/>
        </w:rPr>
        <w:t>(</w:t>
      </w:r>
      <w:proofErr w:type="gramEnd"/>
      <w:r w:rsidRPr="009B129A">
        <w:rPr>
          <w:rFonts w:eastAsiaTheme="minorHAnsi"/>
          <w:sz w:val="22"/>
          <w:lang w:val="ru-RU"/>
        </w:rPr>
        <w:t xml:space="preserve">подпись)                         </w:t>
      </w:r>
      <w:r w:rsidR="006228A5">
        <w:rPr>
          <w:rFonts w:eastAsiaTheme="minorHAnsi"/>
          <w:sz w:val="22"/>
          <w:lang w:val="ru-RU"/>
        </w:rPr>
        <w:t xml:space="preserve">    </w:t>
      </w:r>
      <w:r w:rsidRPr="009B129A">
        <w:rPr>
          <w:rFonts w:eastAsiaTheme="minorHAnsi"/>
          <w:sz w:val="22"/>
          <w:lang w:val="ru-RU"/>
        </w:rPr>
        <w:t xml:space="preserve"> (Ф.И.О.)</w:t>
      </w:r>
    </w:p>
    <w:p w14:paraId="4920AE66" w14:textId="77777777" w:rsidR="00423E76" w:rsidRPr="009B129A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ru-RU"/>
        </w:rPr>
      </w:pPr>
      <w:r w:rsidRPr="009B129A">
        <w:rPr>
          <w:rFonts w:eastAsiaTheme="minorHAnsi"/>
          <w:sz w:val="26"/>
          <w:szCs w:val="26"/>
          <w:lang w:val="ru-RU"/>
        </w:rPr>
        <w:t>(</w:t>
      </w:r>
      <w:proofErr w:type="gramStart"/>
      <w:r w:rsidRPr="009B129A">
        <w:rPr>
          <w:rFonts w:eastAsiaTheme="minorHAnsi"/>
          <w:sz w:val="26"/>
          <w:szCs w:val="26"/>
          <w:lang w:val="ru-RU"/>
        </w:rPr>
        <w:t>при</w:t>
      </w:r>
      <w:proofErr w:type="gramEnd"/>
      <w:r w:rsidRPr="009B129A">
        <w:rPr>
          <w:rFonts w:eastAsiaTheme="minorHAnsi"/>
          <w:sz w:val="26"/>
          <w:szCs w:val="26"/>
          <w:lang w:val="ru-RU"/>
        </w:rPr>
        <w:t xml:space="preserve"> наличии)</w:t>
      </w:r>
    </w:p>
    <w:p w14:paraId="05CF4BEF" w14:textId="77777777" w:rsidR="00423E76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7CA0D13C" w14:textId="77777777" w:rsidR="00423E76" w:rsidRPr="00B51216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М.П. (при наличии)</w:t>
      </w:r>
    </w:p>
    <w:p w14:paraId="4087DA97" w14:textId="77777777" w:rsidR="00423E76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9B129A">
        <w:rPr>
          <w:rFonts w:eastAsiaTheme="minorHAnsi"/>
          <w:szCs w:val="28"/>
          <w:lang w:val="ru-RU"/>
        </w:rPr>
        <w:t>«___» ___________ 20 ___ г.</w:t>
      </w:r>
    </w:p>
    <w:p w14:paraId="5827B638" w14:textId="77777777" w:rsidR="009F76A2" w:rsidRDefault="009F76A2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06DDF975" w14:textId="77777777" w:rsidR="00423E76" w:rsidRDefault="00423E76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58216DE1" w14:textId="77777777" w:rsidR="001D479B" w:rsidRDefault="001D479B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15814867" w14:textId="77777777" w:rsidR="001D479B" w:rsidRDefault="001D479B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1BC34DF8" w14:textId="77777777" w:rsidR="001D479B" w:rsidRDefault="001D479B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2E92DF90" w14:textId="77777777" w:rsidR="001D479B" w:rsidRDefault="001D479B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53976131" w14:textId="77777777" w:rsidR="001D479B" w:rsidRDefault="001D479B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71787262" w14:textId="77777777" w:rsidR="001D479B" w:rsidRDefault="001D479B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34C914C9" w14:textId="77777777" w:rsidR="001D479B" w:rsidRDefault="001D479B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212F2E2D" w14:textId="77777777" w:rsidR="001D479B" w:rsidRDefault="001D479B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3B7D2F61" w14:textId="1675D016" w:rsidR="00423E76" w:rsidRPr="007E36BB" w:rsidRDefault="00423E76" w:rsidP="00B50542">
      <w:pPr>
        <w:autoSpaceDE w:val="0"/>
        <w:autoSpaceDN w:val="0"/>
        <w:adjustRightInd w:val="0"/>
        <w:ind w:left="3969" w:firstLine="0"/>
        <w:rPr>
          <w:rFonts w:eastAsia="Calibri"/>
          <w:szCs w:val="28"/>
          <w:lang w:val="ru-RU"/>
        </w:rPr>
      </w:pPr>
      <w:r w:rsidRPr="007E36BB">
        <w:rPr>
          <w:rFonts w:eastAsia="Calibri"/>
          <w:szCs w:val="28"/>
          <w:lang w:val="ru-RU"/>
        </w:rPr>
        <w:lastRenderedPageBreak/>
        <w:t>П</w:t>
      </w:r>
      <w:r w:rsidR="00B50542">
        <w:rPr>
          <w:rFonts w:eastAsia="Calibri"/>
          <w:szCs w:val="28"/>
          <w:lang w:val="ru-RU"/>
        </w:rPr>
        <w:t>РИЛОЖЕНИЕ</w:t>
      </w:r>
      <w:r>
        <w:rPr>
          <w:rFonts w:eastAsia="Calibri"/>
          <w:szCs w:val="28"/>
          <w:lang w:val="ru-RU"/>
        </w:rPr>
        <w:t xml:space="preserve"> № 3</w:t>
      </w:r>
    </w:p>
    <w:p w14:paraId="4C8F7C25" w14:textId="77777777" w:rsidR="00423E76" w:rsidRPr="0036005C" w:rsidRDefault="00423E76" w:rsidP="00423E76">
      <w:pPr>
        <w:autoSpaceDE w:val="0"/>
        <w:autoSpaceDN w:val="0"/>
        <w:adjustRightInd w:val="0"/>
        <w:ind w:left="3969" w:firstLine="0"/>
        <w:jc w:val="both"/>
        <w:rPr>
          <w:rFonts w:eastAsia="Calibri"/>
          <w:szCs w:val="28"/>
          <w:lang w:val="ru-RU"/>
        </w:rPr>
      </w:pPr>
      <w:proofErr w:type="gramStart"/>
      <w:r>
        <w:rPr>
          <w:lang w:val="ru-RU"/>
        </w:rPr>
        <w:t>к</w:t>
      </w:r>
      <w:proofErr w:type="gramEnd"/>
      <w:r w:rsidRPr="0036005C">
        <w:rPr>
          <w:lang w:val="ru-RU"/>
        </w:rPr>
        <w:t xml:space="preserve"> Правилам</w:t>
      </w:r>
      <w:r>
        <w:rPr>
          <w:lang w:val="ru-RU"/>
        </w:rPr>
        <w:t xml:space="preserve"> </w:t>
      </w:r>
      <w:r w:rsidRPr="007F2236">
        <w:rPr>
          <w:szCs w:val="28"/>
          <w:lang w:val="ru-RU"/>
        </w:rPr>
        <w:t>предоставления из областного бюджета субсидии на финансовое обеспечение</w:t>
      </w:r>
      <w:r>
        <w:rPr>
          <w:szCs w:val="28"/>
          <w:lang w:val="ru-RU"/>
        </w:rPr>
        <w:t xml:space="preserve"> текущей деятельности</w:t>
      </w:r>
      <w:r w:rsidRPr="007F2236">
        <w:rPr>
          <w:szCs w:val="28"/>
          <w:lang w:val="ru-RU"/>
        </w:rPr>
        <w:t xml:space="preserve"> автономной некоммерческой организации «Центр поддержки экспорта Курской области»</w:t>
      </w:r>
      <w:r w:rsidRPr="0036005C">
        <w:rPr>
          <w:lang w:val="ru-RU"/>
        </w:rPr>
        <w:t xml:space="preserve"> </w:t>
      </w:r>
    </w:p>
    <w:p w14:paraId="379A8477" w14:textId="77777777" w:rsidR="00423E76" w:rsidRPr="00B71CD5" w:rsidRDefault="00423E76" w:rsidP="00423E76">
      <w:pPr>
        <w:autoSpaceDE w:val="0"/>
        <w:autoSpaceDN w:val="0"/>
        <w:adjustRightInd w:val="0"/>
        <w:jc w:val="both"/>
        <w:rPr>
          <w:lang w:val="ru-RU"/>
        </w:rPr>
      </w:pPr>
    </w:p>
    <w:p w14:paraId="3DD887B9" w14:textId="77777777" w:rsidR="00423E76" w:rsidRPr="00E218AC" w:rsidRDefault="00423E76" w:rsidP="00423E76">
      <w:pPr>
        <w:ind w:left="4962" w:firstLine="0"/>
        <w:jc w:val="both"/>
        <w:rPr>
          <w:rFonts w:eastAsia="Calibri"/>
          <w:szCs w:val="28"/>
          <w:lang w:val="ru-RU"/>
        </w:rPr>
      </w:pPr>
      <w:r w:rsidRPr="00E218AC">
        <w:rPr>
          <w:rFonts w:eastAsia="Calibri"/>
          <w:szCs w:val="28"/>
          <w:lang w:val="ru-RU"/>
        </w:rPr>
        <w:t>ФОРМА</w:t>
      </w:r>
    </w:p>
    <w:p w14:paraId="36DB8A6A" w14:textId="77777777" w:rsidR="00423E76" w:rsidRPr="00E218AC" w:rsidRDefault="00423E76" w:rsidP="00423E76">
      <w:pPr>
        <w:ind w:left="4962" w:firstLine="0"/>
        <w:jc w:val="both"/>
        <w:rPr>
          <w:rFonts w:eastAsia="Calibri"/>
          <w:szCs w:val="28"/>
          <w:lang w:val="ru-RU"/>
        </w:rPr>
      </w:pPr>
    </w:p>
    <w:p w14:paraId="1F59E5EB" w14:textId="77777777" w:rsidR="00423E76" w:rsidRPr="00B51216" w:rsidRDefault="00423E76" w:rsidP="00423E76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Министерство промышленности,</w:t>
      </w:r>
    </w:p>
    <w:p w14:paraId="56D620F1" w14:textId="77777777" w:rsidR="00423E76" w:rsidRPr="00B51216" w:rsidRDefault="00423E76" w:rsidP="00423E76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</w:t>
      </w:r>
      <w:proofErr w:type="gramStart"/>
      <w:r w:rsidRPr="00B51216">
        <w:rPr>
          <w:rFonts w:eastAsiaTheme="minorHAnsi"/>
          <w:szCs w:val="28"/>
          <w:lang w:val="ru-RU"/>
        </w:rPr>
        <w:t>торговли</w:t>
      </w:r>
      <w:proofErr w:type="gramEnd"/>
      <w:r w:rsidRPr="00B51216">
        <w:rPr>
          <w:rFonts w:eastAsiaTheme="minorHAnsi"/>
          <w:szCs w:val="28"/>
          <w:lang w:val="ru-RU"/>
        </w:rPr>
        <w:t xml:space="preserve"> и предпринимательства</w:t>
      </w:r>
    </w:p>
    <w:p w14:paraId="6FBA9CB5" w14:textId="77777777" w:rsidR="00423E76" w:rsidRPr="00B51216" w:rsidRDefault="00423E76" w:rsidP="00423E76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Курской области</w:t>
      </w:r>
    </w:p>
    <w:p w14:paraId="2CB16ED2" w14:textId="77777777" w:rsidR="00423E76" w:rsidRDefault="00423E76" w:rsidP="00423E76">
      <w:pPr>
        <w:ind w:left="4962" w:firstLine="0"/>
        <w:jc w:val="both"/>
        <w:rPr>
          <w:lang w:val="ru-RU"/>
        </w:rPr>
      </w:pPr>
    </w:p>
    <w:p w14:paraId="2DF5486E" w14:textId="77777777" w:rsidR="00423E76" w:rsidRDefault="00423E76" w:rsidP="00423E76">
      <w:pPr>
        <w:ind w:left="4962" w:firstLine="0"/>
        <w:jc w:val="both"/>
        <w:rPr>
          <w:lang w:val="ru-RU"/>
        </w:rPr>
      </w:pPr>
    </w:p>
    <w:p w14:paraId="35E86B25" w14:textId="58BA6DDC" w:rsidR="00423E76" w:rsidRDefault="00630464" w:rsidP="00423E76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  <w:r>
        <w:rPr>
          <w:lang w:val="ru-RU"/>
        </w:rPr>
        <w:t xml:space="preserve">Предложение в план-график перечисления субсидии на </w:t>
      </w:r>
      <w:r w:rsidR="00615537">
        <w:rPr>
          <w:lang w:val="ru-RU"/>
        </w:rPr>
        <w:t>20___год</w:t>
      </w:r>
    </w:p>
    <w:p w14:paraId="30633359" w14:textId="77777777" w:rsidR="00423E76" w:rsidRDefault="00423E76" w:rsidP="00423E76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tbl>
      <w:tblPr>
        <w:tblStyle w:val="aff0"/>
        <w:tblW w:w="9322" w:type="dxa"/>
        <w:tblLook w:val="04A0" w:firstRow="1" w:lastRow="0" w:firstColumn="1" w:lastColumn="0" w:noHBand="0" w:noVBand="1"/>
      </w:tblPr>
      <w:tblGrid>
        <w:gridCol w:w="704"/>
        <w:gridCol w:w="3515"/>
        <w:gridCol w:w="1701"/>
        <w:gridCol w:w="851"/>
        <w:gridCol w:w="850"/>
        <w:gridCol w:w="851"/>
        <w:gridCol w:w="850"/>
      </w:tblGrid>
      <w:tr w:rsidR="00615537" w14:paraId="560FFACE" w14:textId="77777777" w:rsidTr="00615537">
        <w:tc>
          <w:tcPr>
            <w:tcW w:w="704" w:type="dxa"/>
            <w:vMerge w:val="restart"/>
          </w:tcPr>
          <w:p w14:paraId="68B5AD0E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14:paraId="1CBCD61E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/п</w:t>
            </w:r>
          </w:p>
        </w:tc>
        <w:tc>
          <w:tcPr>
            <w:tcW w:w="3515" w:type="dxa"/>
            <w:vMerge w:val="restart"/>
          </w:tcPr>
          <w:p w14:paraId="136F032F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расходов</w:t>
            </w:r>
          </w:p>
        </w:tc>
        <w:tc>
          <w:tcPr>
            <w:tcW w:w="1701" w:type="dxa"/>
            <w:vMerge w:val="restart"/>
          </w:tcPr>
          <w:p w14:paraId="727F4455" w14:textId="365BF508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Сумма расходов</w:t>
            </w:r>
            <w:r w:rsidR="00E77357">
              <w:rPr>
                <w:lang w:val="ru-RU"/>
              </w:rPr>
              <w:t>, рублей</w:t>
            </w:r>
          </w:p>
        </w:tc>
        <w:tc>
          <w:tcPr>
            <w:tcW w:w="3402" w:type="dxa"/>
            <w:gridSpan w:val="4"/>
          </w:tcPr>
          <w:p w14:paraId="24D9E417" w14:textId="5E601540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Размер субсидии</w:t>
            </w:r>
            <w:r w:rsidR="00E77357">
              <w:rPr>
                <w:lang w:val="ru-RU"/>
              </w:rPr>
              <w:t>, рублей</w:t>
            </w:r>
          </w:p>
        </w:tc>
      </w:tr>
      <w:tr w:rsidR="00615537" w14:paraId="442EE864" w14:textId="77777777" w:rsidTr="00615537">
        <w:tc>
          <w:tcPr>
            <w:tcW w:w="704" w:type="dxa"/>
            <w:vMerge/>
          </w:tcPr>
          <w:p w14:paraId="3E15905F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3515" w:type="dxa"/>
            <w:vMerge/>
          </w:tcPr>
          <w:p w14:paraId="5C5056B0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14C6BCFD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851" w:type="dxa"/>
          </w:tcPr>
          <w:p w14:paraId="2FF72085" w14:textId="743CEC7E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 кв.</w:t>
            </w:r>
          </w:p>
        </w:tc>
        <w:tc>
          <w:tcPr>
            <w:tcW w:w="850" w:type="dxa"/>
          </w:tcPr>
          <w:p w14:paraId="36A74DB5" w14:textId="604980D4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 кв.</w:t>
            </w:r>
          </w:p>
        </w:tc>
        <w:tc>
          <w:tcPr>
            <w:tcW w:w="851" w:type="dxa"/>
          </w:tcPr>
          <w:p w14:paraId="4B5CE5DB" w14:textId="7EE023F2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 кв.</w:t>
            </w:r>
          </w:p>
        </w:tc>
        <w:tc>
          <w:tcPr>
            <w:tcW w:w="850" w:type="dxa"/>
          </w:tcPr>
          <w:p w14:paraId="111A9766" w14:textId="77D0006F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 кв.</w:t>
            </w:r>
          </w:p>
        </w:tc>
      </w:tr>
      <w:tr w:rsidR="00615537" w14:paraId="6BA746C0" w14:textId="77777777" w:rsidTr="00615537">
        <w:tc>
          <w:tcPr>
            <w:tcW w:w="704" w:type="dxa"/>
          </w:tcPr>
          <w:p w14:paraId="569610FB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3515" w:type="dxa"/>
          </w:tcPr>
          <w:p w14:paraId="5616400E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14:paraId="153F6B21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851" w:type="dxa"/>
          </w:tcPr>
          <w:p w14:paraId="7A329ED4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14:paraId="030426F3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851" w:type="dxa"/>
          </w:tcPr>
          <w:p w14:paraId="5156FC89" w14:textId="77777777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850" w:type="dxa"/>
          </w:tcPr>
          <w:p w14:paraId="2EA42EE1" w14:textId="4BF7BDA1" w:rsidR="00615537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</w:tr>
      <w:tr w:rsidR="00615537" w14:paraId="138F735C" w14:textId="77777777" w:rsidTr="00615537">
        <w:tc>
          <w:tcPr>
            <w:tcW w:w="704" w:type="dxa"/>
          </w:tcPr>
          <w:p w14:paraId="0B522BDD" w14:textId="77777777" w:rsidR="00615537" w:rsidRPr="002F7504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3515" w:type="dxa"/>
          </w:tcPr>
          <w:p w14:paraId="6A69775A" w14:textId="77777777" w:rsidR="00615537" w:rsidRPr="002F7504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5103" w:type="dxa"/>
            <w:gridSpan w:val="5"/>
          </w:tcPr>
          <w:p w14:paraId="6B14AF21" w14:textId="22AE7E2A" w:rsidR="00615537" w:rsidRPr="002F7504" w:rsidRDefault="00615537" w:rsidP="008335B9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 w:rsidRPr="002F7504">
              <w:rPr>
                <w:lang w:val="ru-RU"/>
              </w:rPr>
              <w:t>Итого</w:t>
            </w:r>
          </w:p>
        </w:tc>
      </w:tr>
    </w:tbl>
    <w:p w14:paraId="01495955" w14:textId="77777777" w:rsidR="00423E76" w:rsidRDefault="00423E76" w:rsidP="00423E76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75F4BB3D" w14:textId="77777777" w:rsidR="00423E76" w:rsidRDefault="00423E76" w:rsidP="00423E76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48BFF731" w14:textId="77777777" w:rsidR="00423E76" w:rsidRPr="00B51216" w:rsidRDefault="00423E76" w:rsidP="00423E76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______________________ </w:t>
      </w:r>
      <w:r>
        <w:rPr>
          <w:rFonts w:eastAsiaTheme="minorHAnsi"/>
          <w:szCs w:val="28"/>
          <w:lang w:val="ru-RU"/>
        </w:rPr>
        <w:t xml:space="preserve">     ___________   </w:t>
      </w:r>
      <w:r w:rsidRPr="00B51216">
        <w:rPr>
          <w:rFonts w:eastAsiaTheme="minorHAnsi"/>
          <w:szCs w:val="28"/>
          <w:lang w:val="ru-RU"/>
        </w:rPr>
        <w:t xml:space="preserve"> ___________________________</w:t>
      </w:r>
    </w:p>
    <w:p w14:paraId="077AE4B4" w14:textId="6B0A3E42" w:rsidR="00423E76" w:rsidRPr="009B129A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>(</w:t>
      </w:r>
      <w:proofErr w:type="gramStart"/>
      <w:r w:rsidRPr="009B129A">
        <w:rPr>
          <w:rFonts w:eastAsiaTheme="minorHAnsi"/>
          <w:sz w:val="22"/>
          <w:lang w:val="ru-RU"/>
        </w:rPr>
        <w:t>должность</w:t>
      </w:r>
      <w:proofErr w:type="gramEnd"/>
      <w:r w:rsidRPr="009B129A">
        <w:rPr>
          <w:rFonts w:eastAsiaTheme="minorHAnsi"/>
          <w:sz w:val="22"/>
          <w:lang w:val="ru-RU"/>
        </w:rPr>
        <w:t xml:space="preserve"> руководителя)         </w:t>
      </w:r>
      <w:r>
        <w:rPr>
          <w:rFonts w:eastAsiaTheme="minorHAnsi"/>
          <w:sz w:val="22"/>
          <w:lang w:val="ru-RU"/>
        </w:rPr>
        <w:t xml:space="preserve">    </w:t>
      </w:r>
      <w:r w:rsidRPr="009B129A">
        <w:rPr>
          <w:rFonts w:eastAsiaTheme="minorHAnsi"/>
          <w:sz w:val="22"/>
          <w:lang w:val="ru-RU"/>
        </w:rPr>
        <w:t xml:space="preserve">(подпись)                         </w:t>
      </w:r>
      <w:r w:rsidR="006228A5">
        <w:rPr>
          <w:rFonts w:eastAsiaTheme="minorHAnsi"/>
          <w:sz w:val="22"/>
          <w:lang w:val="ru-RU"/>
        </w:rPr>
        <w:t xml:space="preserve">      </w:t>
      </w:r>
      <w:r w:rsidRPr="009B129A">
        <w:rPr>
          <w:rFonts w:eastAsiaTheme="minorHAnsi"/>
          <w:sz w:val="22"/>
          <w:lang w:val="ru-RU"/>
        </w:rPr>
        <w:t xml:space="preserve"> (Ф.И.О.)</w:t>
      </w:r>
    </w:p>
    <w:p w14:paraId="10A46EF6" w14:textId="77777777" w:rsidR="00423E76" w:rsidRPr="00B51216" w:rsidRDefault="00423E76" w:rsidP="00423E76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____________________</w:t>
      </w:r>
      <w:r>
        <w:rPr>
          <w:rFonts w:eastAsiaTheme="minorHAnsi"/>
          <w:szCs w:val="28"/>
          <w:lang w:val="ru-RU"/>
        </w:rPr>
        <w:t xml:space="preserve">       </w:t>
      </w:r>
      <w:r w:rsidRPr="00B51216">
        <w:rPr>
          <w:rFonts w:eastAsiaTheme="minorHAnsi"/>
          <w:szCs w:val="28"/>
          <w:lang w:val="ru-RU"/>
        </w:rPr>
        <w:t xml:space="preserve"> ____________  ____________________________</w:t>
      </w:r>
    </w:p>
    <w:p w14:paraId="0F41953C" w14:textId="3BB6B353" w:rsidR="00423E76" w:rsidRPr="009B129A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 xml:space="preserve">Главный бухгалтер                     </w:t>
      </w:r>
      <w:proofErr w:type="gramStart"/>
      <w:r w:rsidRPr="009B129A">
        <w:rPr>
          <w:rFonts w:eastAsiaTheme="minorHAnsi"/>
          <w:sz w:val="22"/>
          <w:lang w:val="ru-RU"/>
        </w:rPr>
        <w:t xml:space="preserve">  </w:t>
      </w:r>
      <w:r>
        <w:rPr>
          <w:rFonts w:eastAsiaTheme="minorHAnsi"/>
          <w:sz w:val="22"/>
          <w:lang w:val="ru-RU"/>
        </w:rPr>
        <w:t xml:space="preserve"> </w:t>
      </w:r>
      <w:r w:rsidRPr="009B129A">
        <w:rPr>
          <w:rFonts w:eastAsiaTheme="minorHAnsi"/>
          <w:sz w:val="22"/>
          <w:lang w:val="ru-RU"/>
        </w:rPr>
        <w:t>(</w:t>
      </w:r>
      <w:proofErr w:type="gramEnd"/>
      <w:r w:rsidRPr="009B129A">
        <w:rPr>
          <w:rFonts w:eastAsiaTheme="minorHAnsi"/>
          <w:sz w:val="22"/>
          <w:lang w:val="ru-RU"/>
        </w:rPr>
        <w:t xml:space="preserve">подпись)                         </w:t>
      </w:r>
      <w:r w:rsidR="006228A5">
        <w:rPr>
          <w:rFonts w:eastAsiaTheme="minorHAnsi"/>
          <w:sz w:val="22"/>
          <w:lang w:val="ru-RU"/>
        </w:rPr>
        <w:t xml:space="preserve">     </w:t>
      </w:r>
      <w:r w:rsidRPr="009B129A">
        <w:rPr>
          <w:rFonts w:eastAsiaTheme="minorHAnsi"/>
          <w:sz w:val="22"/>
          <w:lang w:val="ru-RU"/>
        </w:rPr>
        <w:t xml:space="preserve"> (Ф.И.О.)</w:t>
      </w:r>
    </w:p>
    <w:p w14:paraId="6206C54F" w14:textId="77777777" w:rsidR="00423E76" w:rsidRPr="009B129A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ru-RU"/>
        </w:rPr>
      </w:pPr>
      <w:r w:rsidRPr="009B129A">
        <w:rPr>
          <w:rFonts w:eastAsiaTheme="minorHAnsi"/>
          <w:sz w:val="26"/>
          <w:szCs w:val="26"/>
          <w:lang w:val="ru-RU"/>
        </w:rPr>
        <w:t>(</w:t>
      </w:r>
      <w:proofErr w:type="gramStart"/>
      <w:r w:rsidRPr="009B129A">
        <w:rPr>
          <w:rFonts w:eastAsiaTheme="minorHAnsi"/>
          <w:sz w:val="26"/>
          <w:szCs w:val="26"/>
          <w:lang w:val="ru-RU"/>
        </w:rPr>
        <w:t>при</w:t>
      </w:r>
      <w:proofErr w:type="gramEnd"/>
      <w:r w:rsidRPr="009B129A">
        <w:rPr>
          <w:rFonts w:eastAsiaTheme="minorHAnsi"/>
          <w:sz w:val="26"/>
          <w:szCs w:val="26"/>
          <w:lang w:val="ru-RU"/>
        </w:rPr>
        <w:t xml:space="preserve"> наличии)</w:t>
      </w:r>
    </w:p>
    <w:p w14:paraId="38CC4F7A" w14:textId="77777777" w:rsidR="00423E76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1111C4C1" w14:textId="77777777" w:rsidR="00423E76" w:rsidRPr="00B51216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М.П. (при наличии)</w:t>
      </w:r>
    </w:p>
    <w:p w14:paraId="71B5D3E3" w14:textId="77777777" w:rsidR="00423E76" w:rsidRDefault="00423E76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9B129A">
        <w:rPr>
          <w:rFonts w:eastAsiaTheme="minorHAnsi"/>
          <w:szCs w:val="28"/>
          <w:lang w:val="ru-RU"/>
        </w:rPr>
        <w:t>«___» ___________ 20 ___ г.</w:t>
      </w:r>
    </w:p>
    <w:p w14:paraId="0330E6D7" w14:textId="77777777" w:rsidR="009F76A2" w:rsidRDefault="009F76A2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061469B3" w14:textId="77777777" w:rsidR="009F76A2" w:rsidRDefault="009F76A2" w:rsidP="00423E76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69995CA8" w14:textId="77777777" w:rsidR="001D479B" w:rsidRDefault="001D479B" w:rsidP="001D479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>
        <w:rPr>
          <w:rFonts w:eastAsiaTheme="minorHAnsi"/>
          <w:szCs w:val="28"/>
          <w:lang w:val="ru-RU"/>
        </w:rPr>
        <w:t>Согласовано:</w:t>
      </w:r>
    </w:p>
    <w:p w14:paraId="3B84872D" w14:textId="77777777" w:rsidR="001D479B" w:rsidRDefault="001D479B" w:rsidP="001D479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>
        <w:rPr>
          <w:rFonts w:eastAsiaTheme="minorHAnsi"/>
          <w:szCs w:val="28"/>
          <w:lang w:val="ru-RU"/>
        </w:rPr>
        <w:t xml:space="preserve">Министр промышленности, </w:t>
      </w:r>
    </w:p>
    <w:p w14:paraId="6642A3A2" w14:textId="77777777" w:rsidR="001D479B" w:rsidRDefault="001D479B" w:rsidP="001D479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proofErr w:type="gramStart"/>
      <w:r>
        <w:rPr>
          <w:rFonts w:eastAsiaTheme="minorHAnsi"/>
          <w:szCs w:val="28"/>
          <w:lang w:val="ru-RU"/>
        </w:rPr>
        <w:t>торговли</w:t>
      </w:r>
      <w:proofErr w:type="gramEnd"/>
      <w:r>
        <w:rPr>
          <w:rFonts w:eastAsiaTheme="minorHAnsi"/>
          <w:szCs w:val="28"/>
          <w:lang w:val="ru-RU"/>
        </w:rPr>
        <w:t xml:space="preserve"> и предпринимательства</w:t>
      </w:r>
    </w:p>
    <w:p w14:paraId="258C7956" w14:textId="77777777" w:rsidR="001D479B" w:rsidRDefault="001D479B" w:rsidP="001D479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>
        <w:rPr>
          <w:rFonts w:eastAsiaTheme="minorHAnsi"/>
          <w:szCs w:val="28"/>
          <w:lang w:val="ru-RU"/>
        </w:rPr>
        <w:t>Курской области                              ___________________      _____________</w:t>
      </w:r>
    </w:p>
    <w:p w14:paraId="191798E8" w14:textId="77777777" w:rsidR="001D479B" w:rsidRDefault="001D479B" w:rsidP="001D479B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sz w:val="24"/>
          <w:szCs w:val="24"/>
          <w:lang w:val="ru-RU"/>
        </w:rPr>
      </w:pPr>
      <w:r>
        <w:rPr>
          <w:lang w:val="ru-RU"/>
        </w:rPr>
        <w:t xml:space="preserve">                                                           </w:t>
      </w:r>
      <w:r w:rsidRPr="009F76A2">
        <w:rPr>
          <w:sz w:val="24"/>
          <w:szCs w:val="24"/>
          <w:lang w:val="ru-RU"/>
        </w:rPr>
        <w:t>(</w:t>
      </w:r>
      <w:proofErr w:type="gramStart"/>
      <w:r w:rsidRPr="009F76A2">
        <w:rPr>
          <w:sz w:val="24"/>
          <w:szCs w:val="24"/>
          <w:lang w:val="ru-RU"/>
        </w:rPr>
        <w:t>подпись)</w:t>
      </w:r>
      <w:r>
        <w:rPr>
          <w:sz w:val="24"/>
          <w:szCs w:val="24"/>
          <w:lang w:val="ru-RU"/>
        </w:rPr>
        <w:t xml:space="preserve">   </w:t>
      </w:r>
      <w:proofErr w:type="gramEnd"/>
      <w:r>
        <w:rPr>
          <w:sz w:val="24"/>
          <w:szCs w:val="24"/>
          <w:lang w:val="ru-RU"/>
        </w:rPr>
        <w:t xml:space="preserve">                              (Ф.И.О)</w:t>
      </w:r>
    </w:p>
    <w:p w14:paraId="3951CCC1" w14:textId="77777777" w:rsidR="001D479B" w:rsidRDefault="001D479B" w:rsidP="001D479B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sz w:val="24"/>
          <w:szCs w:val="24"/>
          <w:lang w:val="ru-RU"/>
        </w:rPr>
      </w:pPr>
    </w:p>
    <w:p w14:paraId="1228E51A" w14:textId="77777777" w:rsidR="001D479B" w:rsidRDefault="001D479B" w:rsidP="001D479B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45E9D9E1" w14:textId="77777777" w:rsidR="001D479B" w:rsidRPr="00B51216" w:rsidRDefault="001D479B" w:rsidP="001D479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М.П. (при наличии)</w:t>
      </w:r>
    </w:p>
    <w:p w14:paraId="0C3BB24D" w14:textId="350A69C7" w:rsidR="00423E76" w:rsidRDefault="001D479B" w:rsidP="006228A5">
      <w:pPr>
        <w:autoSpaceDE w:val="0"/>
        <w:autoSpaceDN w:val="0"/>
        <w:adjustRightInd w:val="0"/>
        <w:jc w:val="both"/>
        <w:rPr>
          <w:lang w:val="ru-RU"/>
        </w:rPr>
      </w:pPr>
      <w:r w:rsidRPr="009B129A">
        <w:rPr>
          <w:rFonts w:eastAsiaTheme="minorHAnsi"/>
          <w:szCs w:val="28"/>
          <w:lang w:val="ru-RU"/>
        </w:rPr>
        <w:t>«___» ___________ 20 ___ г.</w:t>
      </w:r>
    </w:p>
    <w:p w14:paraId="6933F323" w14:textId="77777777" w:rsidR="00423E76" w:rsidRDefault="00423E76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p w14:paraId="09036447" w14:textId="77777777" w:rsidR="00423E76" w:rsidRPr="00DE142C" w:rsidRDefault="00423E76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sectPr w:rsidR="00423E76" w:rsidRPr="00DE142C" w:rsidSect="005936AF">
      <w:headerReference w:type="default" r:id="rId11"/>
      <w:pgSz w:w="11907" w:h="16839" w:code="9"/>
      <w:pgMar w:top="1198" w:right="1041" w:bottom="993" w:left="1701" w:header="426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073C12" w14:textId="77777777" w:rsidR="005858F1" w:rsidRDefault="005858F1">
      <w:r>
        <w:separator/>
      </w:r>
    </w:p>
  </w:endnote>
  <w:endnote w:type="continuationSeparator" w:id="0">
    <w:p w14:paraId="421D1C07" w14:textId="77777777" w:rsidR="005858F1" w:rsidRDefault="0058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79200" w14:textId="77777777" w:rsidR="005858F1" w:rsidRDefault="005858F1">
      <w:r>
        <w:separator/>
      </w:r>
    </w:p>
  </w:footnote>
  <w:footnote w:type="continuationSeparator" w:id="0">
    <w:p w14:paraId="1DF9A623" w14:textId="77777777" w:rsidR="005858F1" w:rsidRDefault="00585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971830"/>
      <w:docPartObj>
        <w:docPartGallery w:val="Page Numbers (Top of Page)"/>
        <w:docPartUnique/>
      </w:docPartObj>
    </w:sdtPr>
    <w:sdtContent>
      <w:p w14:paraId="04E60967" w14:textId="0553D244" w:rsidR="00F35952" w:rsidRDefault="00F359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35952">
          <w:rPr>
            <w:noProof/>
            <w:lang w:val="ru-RU"/>
          </w:rPr>
          <w:t>2</w:t>
        </w:r>
        <w:r>
          <w:fldChar w:fldCharType="end"/>
        </w:r>
      </w:p>
    </w:sdtContent>
  </w:sdt>
  <w:p w14:paraId="3998C48E" w14:textId="77777777" w:rsidR="00F35952" w:rsidRDefault="00F359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4F499" w14:textId="77777777" w:rsidR="00F35952" w:rsidRDefault="00F3595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2DC2AFE"/>
    <w:multiLevelType w:val="hybridMultilevel"/>
    <w:tmpl w:val="334C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B20C4"/>
    <w:multiLevelType w:val="hybridMultilevel"/>
    <w:tmpl w:val="4D1A337A"/>
    <w:lvl w:ilvl="0" w:tplc="B9FA2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3A2C"/>
    <w:rsid w:val="00020524"/>
    <w:rsid w:val="00034616"/>
    <w:rsid w:val="00045F17"/>
    <w:rsid w:val="00047EAE"/>
    <w:rsid w:val="000517D9"/>
    <w:rsid w:val="00057D4A"/>
    <w:rsid w:val="0006063C"/>
    <w:rsid w:val="00063CB2"/>
    <w:rsid w:val="000704D5"/>
    <w:rsid w:val="00073BEF"/>
    <w:rsid w:val="00080ACB"/>
    <w:rsid w:val="000901E9"/>
    <w:rsid w:val="00093506"/>
    <w:rsid w:val="000B7A5D"/>
    <w:rsid w:val="000F1A1B"/>
    <w:rsid w:val="00121D52"/>
    <w:rsid w:val="001277D9"/>
    <w:rsid w:val="0013111D"/>
    <w:rsid w:val="00133281"/>
    <w:rsid w:val="0015074B"/>
    <w:rsid w:val="00150AB3"/>
    <w:rsid w:val="0016027C"/>
    <w:rsid w:val="001B38D1"/>
    <w:rsid w:val="001C463B"/>
    <w:rsid w:val="001D479B"/>
    <w:rsid w:val="002228EC"/>
    <w:rsid w:val="0022649C"/>
    <w:rsid w:val="00235435"/>
    <w:rsid w:val="00244BD4"/>
    <w:rsid w:val="002634E7"/>
    <w:rsid w:val="002937B5"/>
    <w:rsid w:val="0029639D"/>
    <w:rsid w:val="0029738E"/>
    <w:rsid w:val="002B2704"/>
    <w:rsid w:val="002C4237"/>
    <w:rsid w:val="002F6A36"/>
    <w:rsid w:val="002F7504"/>
    <w:rsid w:val="00305BCA"/>
    <w:rsid w:val="00306184"/>
    <w:rsid w:val="00316EFD"/>
    <w:rsid w:val="00326F90"/>
    <w:rsid w:val="00351CB8"/>
    <w:rsid w:val="003566DA"/>
    <w:rsid w:val="0036005C"/>
    <w:rsid w:val="003658A2"/>
    <w:rsid w:val="00375979"/>
    <w:rsid w:val="00391331"/>
    <w:rsid w:val="00392540"/>
    <w:rsid w:val="003A67F0"/>
    <w:rsid w:val="003B2A77"/>
    <w:rsid w:val="003C525C"/>
    <w:rsid w:val="0040741D"/>
    <w:rsid w:val="00410707"/>
    <w:rsid w:val="004120F8"/>
    <w:rsid w:val="00416D59"/>
    <w:rsid w:val="00423E76"/>
    <w:rsid w:val="00437204"/>
    <w:rsid w:val="00475E0E"/>
    <w:rsid w:val="0048111A"/>
    <w:rsid w:val="00485D10"/>
    <w:rsid w:val="004A18D6"/>
    <w:rsid w:val="004A3FA3"/>
    <w:rsid w:val="004A50CA"/>
    <w:rsid w:val="004C18F9"/>
    <w:rsid w:val="004D1B01"/>
    <w:rsid w:val="004D2AC7"/>
    <w:rsid w:val="004E26FA"/>
    <w:rsid w:val="004F5E7D"/>
    <w:rsid w:val="00514B2E"/>
    <w:rsid w:val="00531816"/>
    <w:rsid w:val="00551CB2"/>
    <w:rsid w:val="0055236D"/>
    <w:rsid w:val="0056372E"/>
    <w:rsid w:val="00570A98"/>
    <w:rsid w:val="005717B2"/>
    <w:rsid w:val="005736DD"/>
    <w:rsid w:val="00574D7F"/>
    <w:rsid w:val="005858F1"/>
    <w:rsid w:val="005936AF"/>
    <w:rsid w:val="005A19C4"/>
    <w:rsid w:val="00604CEA"/>
    <w:rsid w:val="00615537"/>
    <w:rsid w:val="0062002A"/>
    <w:rsid w:val="006228A5"/>
    <w:rsid w:val="00630464"/>
    <w:rsid w:val="00637CFE"/>
    <w:rsid w:val="006430A2"/>
    <w:rsid w:val="00665D5E"/>
    <w:rsid w:val="00667F99"/>
    <w:rsid w:val="00672838"/>
    <w:rsid w:val="00687125"/>
    <w:rsid w:val="006A1067"/>
    <w:rsid w:val="006A7D27"/>
    <w:rsid w:val="006C11EC"/>
    <w:rsid w:val="006C15DC"/>
    <w:rsid w:val="006E28B7"/>
    <w:rsid w:val="006F0B0F"/>
    <w:rsid w:val="007318D7"/>
    <w:rsid w:val="0073678F"/>
    <w:rsid w:val="00742929"/>
    <w:rsid w:val="00756340"/>
    <w:rsid w:val="00765B3D"/>
    <w:rsid w:val="00775C69"/>
    <w:rsid w:val="007769D3"/>
    <w:rsid w:val="00790512"/>
    <w:rsid w:val="00795552"/>
    <w:rsid w:val="007C3D40"/>
    <w:rsid w:val="007D08B6"/>
    <w:rsid w:val="007D2FE9"/>
    <w:rsid w:val="007D5C64"/>
    <w:rsid w:val="007E36BB"/>
    <w:rsid w:val="007F2236"/>
    <w:rsid w:val="00806F3A"/>
    <w:rsid w:val="00863895"/>
    <w:rsid w:val="0087363F"/>
    <w:rsid w:val="00877235"/>
    <w:rsid w:val="008B5384"/>
    <w:rsid w:val="00901698"/>
    <w:rsid w:val="00945A2D"/>
    <w:rsid w:val="00970B69"/>
    <w:rsid w:val="009712D9"/>
    <w:rsid w:val="00985B89"/>
    <w:rsid w:val="00986844"/>
    <w:rsid w:val="00987C74"/>
    <w:rsid w:val="00993284"/>
    <w:rsid w:val="009A07C5"/>
    <w:rsid w:val="009A2D60"/>
    <w:rsid w:val="009B129A"/>
    <w:rsid w:val="009C1161"/>
    <w:rsid w:val="009C6DAE"/>
    <w:rsid w:val="009D63A0"/>
    <w:rsid w:val="009E4E4C"/>
    <w:rsid w:val="009F62A2"/>
    <w:rsid w:val="009F76A2"/>
    <w:rsid w:val="00A1335A"/>
    <w:rsid w:val="00A41397"/>
    <w:rsid w:val="00A80FFB"/>
    <w:rsid w:val="00AA1D64"/>
    <w:rsid w:val="00AA1D8D"/>
    <w:rsid w:val="00AB6028"/>
    <w:rsid w:val="00AF06D4"/>
    <w:rsid w:val="00AF136A"/>
    <w:rsid w:val="00B04846"/>
    <w:rsid w:val="00B47730"/>
    <w:rsid w:val="00B50542"/>
    <w:rsid w:val="00B51216"/>
    <w:rsid w:val="00B62A09"/>
    <w:rsid w:val="00B71CD5"/>
    <w:rsid w:val="00BC2029"/>
    <w:rsid w:val="00BC6255"/>
    <w:rsid w:val="00BF1B19"/>
    <w:rsid w:val="00C02B11"/>
    <w:rsid w:val="00C06AD5"/>
    <w:rsid w:val="00C365B2"/>
    <w:rsid w:val="00C62B54"/>
    <w:rsid w:val="00C64BF7"/>
    <w:rsid w:val="00C85B80"/>
    <w:rsid w:val="00CB0664"/>
    <w:rsid w:val="00CB1DE1"/>
    <w:rsid w:val="00CC08FD"/>
    <w:rsid w:val="00CD2437"/>
    <w:rsid w:val="00CE5934"/>
    <w:rsid w:val="00D11D34"/>
    <w:rsid w:val="00D32514"/>
    <w:rsid w:val="00D33302"/>
    <w:rsid w:val="00D407E0"/>
    <w:rsid w:val="00D52AE3"/>
    <w:rsid w:val="00D90638"/>
    <w:rsid w:val="00D9179A"/>
    <w:rsid w:val="00D944DB"/>
    <w:rsid w:val="00D96DB9"/>
    <w:rsid w:val="00DB0CD1"/>
    <w:rsid w:val="00DD6818"/>
    <w:rsid w:val="00DE142C"/>
    <w:rsid w:val="00DE2026"/>
    <w:rsid w:val="00DF3B02"/>
    <w:rsid w:val="00E1130A"/>
    <w:rsid w:val="00E13E40"/>
    <w:rsid w:val="00E17A1B"/>
    <w:rsid w:val="00E218AC"/>
    <w:rsid w:val="00E36686"/>
    <w:rsid w:val="00E472A9"/>
    <w:rsid w:val="00E47EEB"/>
    <w:rsid w:val="00E5216A"/>
    <w:rsid w:val="00E62FD6"/>
    <w:rsid w:val="00E77357"/>
    <w:rsid w:val="00E86C3D"/>
    <w:rsid w:val="00EA06CA"/>
    <w:rsid w:val="00EE73DA"/>
    <w:rsid w:val="00F17ADF"/>
    <w:rsid w:val="00F25B65"/>
    <w:rsid w:val="00F27805"/>
    <w:rsid w:val="00F35952"/>
    <w:rsid w:val="00F639A2"/>
    <w:rsid w:val="00F667F5"/>
    <w:rsid w:val="00F70E6B"/>
    <w:rsid w:val="00F71A65"/>
    <w:rsid w:val="00F738E1"/>
    <w:rsid w:val="00FC1286"/>
    <w:rsid w:val="00FC1E1D"/>
    <w:rsid w:val="00FC2F3F"/>
    <w:rsid w:val="00FC693F"/>
    <w:rsid w:val="00FE0C18"/>
    <w:rsid w:val="00FF106D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60014A"/>
  <w14:defaultImageDpi w14:val="300"/>
  <w15:docId w15:val="{63C9CBE5-AF94-4DB3-987C-01644551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  <w:ind w:firstLine="709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1335A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1335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512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locked/>
    <w:rsid w:val="00B51216"/>
    <w:rPr>
      <w:rFonts w:ascii="Times New Roman" w:hAnsi="Times New Roman" w:cs="Times New Roman"/>
      <w:sz w:val="24"/>
      <w:szCs w:val="24"/>
      <w:lang w:val="ru-RU" w:eastAsia="ru-RU"/>
    </w:rPr>
  </w:style>
  <w:style w:type="paragraph" w:styleId="affa">
    <w:name w:val="Normal (Web)"/>
    <w:basedOn w:val="a1"/>
    <w:uiPriority w:val="99"/>
    <w:semiHidden/>
    <w:unhideWhenUsed/>
    <w:rsid w:val="009F62A2"/>
    <w:pPr>
      <w:spacing w:before="100" w:beforeAutospacing="1" w:after="100" w:afterAutospacing="1"/>
      <w:ind w:firstLine="0"/>
    </w:pPr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21087&amp;dst=1001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21087&amp;dst=1001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304B5D-E063-4683-BA34-352556821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15</Pages>
  <Words>5050</Words>
  <Characters>28785</Characters>
  <Application>Microsoft Office Word</Application>
  <DocSecurity>0</DocSecurity>
  <Lines>239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zamnach-prom1</cp:lastModifiedBy>
  <cp:revision>37</cp:revision>
  <cp:lastPrinted>2026-10-02T09:08:00Z</cp:lastPrinted>
  <dcterms:created xsi:type="dcterms:W3CDTF">2026-09-24T09:22:00Z</dcterms:created>
  <dcterms:modified xsi:type="dcterms:W3CDTF">2026-10-06T08:05:00Z</dcterms:modified>
</cp:coreProperties>
</file>